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12" w:space="0" w:color="1F4E79"/>
          <w:left w:val="single" w:sz="12" w:space="0" w:color="1F4E79"/>
          <w:bottom w:val="single" w:sz="12" w:space="0" w:color="1F4E79"/>
          <w:right w:val="single" w:sz="12" w:space="0" w:color="1F4E79"/>
          <w:insideH w:val="single" w:sz="12" w:space="0" w:color="1F4E79"/>
          <w:insideV w:val="single" w:sz="12" w:space="0" w:color="1F4E79"/>
        </w:tblBorders>
        <w:tblLook w:val="04A0" w:firstRow="1" w:lastRow="0" w:firstColumn="1" w:lastColumn="0" w:noHBand="0" w:noVBand="1"/>
      </w:tblPr>
      <w:tblGrid>
        <w:gridCol w:w="10376"/>
      </w:tblGrid>
      <w:tr w:rsidR="00784A0C" w14:paraId="54DC4F76" w14:textId="77777777">
        <w:tc>
          <w:tcPr>
            <w:tcW w:w="10376" w:type="dxa"/>
            <w:shd w:val="clear" w:color="auto" w:fill="1F4E79"/>
          </w:tcPr>
          <w:p w14:paraId="447EF07A" w14:textId="77777777" w:rsidR="00784A0C" w:rsidRDefault="00000000">
            <w:r>
              <w:rPr>
                <w:b/>
                <w:color w:val="FFFFFF"/>
                <w:sz w:val="28"/>
              </w:rPr>
              <w:t xml:space="preserve">  </w:t>
            </w:r>
            <w:r>
              <w:rPr>
                <w:b/>
                <w:color w:val="FFFFFF"/>
                <w:sz w:val="28"/>
              </w:rPr>
              <w:t>弘溪联</w:t>
            </w:r>
            <w:r>
              <w:rPr>
                <w:b/>
                <w:color w:val="FFFFFF"/>
                <w:sz w:val="28"/>
              </w:rPr>
              <w:t xml:space="preserve"> RedConju</w:t>
            </w:r>
          </w:p>
        </w:tc>
      </w:tr>
    </w:tbl>
    <w:p w14:paraId="22E14539" w14:textId="77777777" w:rsidR="00784A0C" w:rsidRDefault="00000000">
      <w:pPr>
        <w:spacing w:before="160" w:after="0"/>
        <w:jc w:val="center"/>
        <w:rPr>
          <w:lang w:eastAsia="zh-CN"/>
        </w:rPr>
      </w:pPr>
      <w:r>
        <w:rPr>
          <w:b/>
          <w:color w:val="1F4E79"/>
          <w:sz w:val="36"/>
          <w:lang w:eastAsia="zh-CN"/>
        </w:rPr>
        <w:t>人</w:t>
      </w:r>
      <w:r>
        <w:rPr>
          <w:b/>
          <w:color w:val="1F4E79"/>
          <w:sz w:val="36"/>
          <w:lang w:eastAsia="zh-CN"/>
        </w:rPr>
        <w:t xml:space="preserve"> CD4 T </w:t>
      </w:r>
      <w:r>
        <w:rPr>
          <w:b/>
          <w:color w:val="1F4E79"/>
          <w:sz w:val="36"/>
          <w:lang w:eastAsia="zh-CN"/>
        </w:rPr>
        <w:t>细胞阴选试剂盒说明书</w:t>
      </w:r>
    </w:p>
    <w:p w14:paraId="37297001" w14:textId="77777777" w:rsidR="00784A0C" w:rsidRDefault="00000000">
      <w:pPr>
        <w:spacing w:after="160"/>
        <w:jc w:val="center"/>
      </w:pPr>
      <w:r>
        <w:rPr>
          <w:i/>
          <w:color w:val="555555"/>
          <w:sz w:val="20"/>
        </w:rPr>
        <w:t>Human CD4 T Cell Negative Selection Kit — Instructions for Use</w:t>
      </w:r>
    </w:p>
    <w:p w14:paraId="4BBA971A" w14:textId="77777777" w:rsidR="00784A0C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1. </w:t>
      </w:r>
      <w:r>
        <w:rPr>
          <w:rFonts w:ascii="Arial" w:eastAsia="Noto Sans CJK SC" w:hAnsi="Arial"/>
          <w:color w:val="1F4E79"/>
          <w:sz w:val="24"/>
        </w:rPr>
        <w:t>产品信息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2268"/>
        <w:gridCol w:w="7937"/>
      </w:tblGrid>
      <w:tr w:rsidR="00784A0C" w14:paraId="047A58B1" w14:textId="77777777">
        <w:trPr>
          <w:tblHeader/>
          <w:jc w:val="center"/>
        </w:trPr>
        <w:tc>
          <w:tcPr>
            <w:tcW w:w="2268" w:type="dxa"/>
            <w:shd w:val="clear" w:color="auto" w:fill="1F4E79"/>
            <w:vAlign w:val="center"/>
          </w:tcPr>
          <w:p w14:paraId="504397E3" w14:textId="77777777" w:rsidR="00784A0C" w:rsidRDefault="00000000">
            <w:pPr>
              <w:jc w:val="center"/>
            </w:pPr>
            <w:r>
              <w:rPr>
                <w:b/>
                <w:color w:val="FFFFFF"/>
              </w:rPr>
              <w:t>项目</w:t>
            </w:r>
          </w:p>
        </w:tc>
        <w:tc>
          <w:tcPr>
            <w:tcW w:w="7937" w:type="dxa"/>
            <w:shd w:val="clear" w:color="auto" w:fill="1F4E79"/>
            <w:vAlign w:val="center"/>
          </w:tcPr>
          <w:p w14:paraId="4C26B854" w14:textId="77777777" w:rsidR="00784A0C" w:rsidRDefault="00000000">
            <w:pPr>
              <w:jc w:val="center"/>
            </w:pPr>
            <w:r>
              <w:rPr>
                <w:b/>
                <w:color w:val="FFFFFF"/>
              </w:rPr>
              <w:t>内容</w:t>
            </w:r>
          </w:p>
        </w:tc>
      </w:tr>
      <w:tr w:rsidR="00784A0C" w14:paraId="2B150995" w14:textId="77777777">
        <w:trPr>
          <w:jc w:val="center"/>
        </w:trPr>
        <w:tc>
          <w:tcPr>
            <w:tcW w:w="2268" w:type="dxa"/>
            <w:vAlign w:val="center"/>
          </w:tcPr>
          <w:p w14:paraId="64A94089" w14:textId="77777777" w:rsidR="00784A0C" w:rsidRDefault="00000000">
            <w:r>
              <w:t>产品名称</w:t>
            </w:r>
          </w:p>
        </w:tc>
        <w:tc>
          <w:tcPr>
            <w:tcW w:w="7937" w:type="dxa"/>
            <w:vAlign w:val="center"/>
          </w:tcPr>
          <w:p w14:paraId="4C1DB77D" w14:textId="77777777" w:rsidR="00784A0C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人</w:t>
            </w:r>
            <w:r>
              <w:rPr>
                <w:lang w:eastAsia="zh-CN"/>
              </w:rPr>
              <w:t xml:space="preserve"> CD4 T </w:t>
            </w:r>
            <w:r>
              <w:rPr>
                <w:lang w:eastAsia="zh-CN"/>
              </w:rPr>
              <w:t>细胞阴选试剂盒</w:t>
            </w:r>
          </w:p>
        </w:tc>
      </w:tr>
      <w:tr w:rsidR="00784A0C" w14:paraId="6180AACD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611D646E" w14:textId="77777777" w:rsidR="00784A0C" w:rsidRDefault="00000000">
            <w:r>
              <w:t>英文名称</w:t>
            </w:r>
          </w:p>
        </w:tc>
        <w:tc>
          <w:tcPr>
            <w:tcW w:w="7937" w:type="dxa"/>
            <w:shd w:val="clear" w:color="auto" w:fill="F3F8FC"/>
            <w:vAlign w:val="center"/>
          </w:tcPr>
          <w:p w14:paraId="3FA2BEDB" w14:textId="77777777" w:rsidR="00784A0C" w:rsidRDefault="00000000">
            <w:r>
              <w:t>Human CD4 T Cell Negative Selection Kit</w:t>
            </w:r>
          </w:p>
        </w:tc>
      </w:tr>
      <w:tr w:rsidR="00784A0C" w14:paraId="251ED0C0" w14:textId="77777777">
        <w:trPr>
          <w:jc w:val="center"/>
        </w:trPr>
        <w:tc>
          <w:tcPr>
            <w:tcW w:w="2268" w:type="dxa"/>
            <w:vAlign w:val="center"/>
          </w:tcPr>
          <w:p w14:paraId="2025731C" w14:textId="77777777" w:rsidR="00784A0C" w:rsidRDefault="00000000">
            <w:r>
              <w:t>品牌</w:t>
            </w:r>
          </w:p>
        </w:tc>
        <w:tc>
          <w:tcPr>
            <w:tcW w:w="7937" w:type="dxa"/>
            <w:vAlign w:val="center"/>
          </w:tcPr>
          <w:p w14:paraId="57BDBD95" w14:textId="77777777" w:rsidR="00784A0C" w:rsidRDefault="00000000">
            <w:r>
              <w:t>弘溪联</w:t>
            </w:r>
            <w:r>
              <w:t xml:space="preserve"> RedConju</w:t>
            </w:r>
          </w:p>
        </w:tc>
      </w:tr>
      <w:tr w:rsidR="00784A0C" w14:paraId="64632D9D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2A3B2480" w14:textId="77777777" w:rsidR="00784A0C" w:rsidRDefault="00000000">
            <w:r>
              <w:t>分选方式</w:t>
            </w:r>
          </w:p>
        </w:tc>
        <w:tc>
          <w:tcPr>
            <w:tcW w:w="7937" w:type="dxa"/>
            <w:shd w:val="clear" w:color="auto" w:fill="F3F8FC"/>
            <w:vAlign w:val="center"/>
          </w:tcPr>
          <w:p w14:paraId="39F418AB" w14:textId="77777777" w:rsidR="00784A0C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阴性选择；取上清获得未被磁珠结合的目标</w:t>
            </w:r>
            <w:r>
              <w:rPr>
                <w:lang w:eastAsia="zh-CN"/>
              </w:rPr>
              <w:t xml:space="preserve"> T </w:t>
            </w:r>
            <w:r>
              <w:rPr>
                <w:lang w:eastAsia="zh-CN"/>
              </w:rPr>
              <w:t>细胞</w:t>
            </w:r>
          </w:p>
        </w:tc>
      </w:tr>
      <w:tr w:rsidR="00784A0C" w14:paraId="419D39A5" w14:textId="77777777">
        <w:trPr>
          <w:jc w:val="center"/>
        </w:trPr>
        <w:tc>
          <w:tcPr>
            <w:tcW w:w="2268" w:type="dxa"/>
            <w:vAlign w:val="center"/>
          </w:tcPr>
          <w:p w14:paraId="4BD9C38A" w14:textId="77777777" w:rsidR="00784A0C" w:rsidRDefault="00000000">
            <w:r>
              <w:t>适用样本</w:t>
            </w:r>
          </w:p>
        </w:tc>
        <w:tc>
          <w:tcPr>
            <w:tcW w:w="7937" w:type="dxa"/>
            <w:vAlign w:val="center"/>
          </w:tcPr>
          <w:p w14:paraId="7C2F675C" w14:textId="77777777" w:rsidR="00784A0C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人</w:t>
            </w:r>
            <w:r>
              <w:rPr>
                <w:lang w:eastAsia="zh-CN"/>
              </w:rPr>
              <w:t xml:space="preserve"> PBMC</w:t>
            </w:r>
            <w:r>
              <w:rPr>
                <w:lang w:eastAsia="zh-CN"/>
              </w:rPr>
              <w:t>、白细胞或其他人源单细胞悬液</w:t>
            </w:r>
          </w:p>
        </w:tc>
      </w:tr>
      <w:tr w:rsidR="00784A0C" w14:paraId="08C21418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47B94748" w14:textId="77777777" w:rsidR="00784A0C" w:rsidRDefault="00000000">
            <w:r>
              <w:t>试剂盒规格</w:t>
            </w:r>
          </w:p>
        </w:tc>
        <w:tc>
          <w:tcPr>
            <w:tcW w:w="7937" w:type="dxa"/>
            <w:shd w:val="clear" w:color="auto" w:fill="F3F8FC"/>
            <w:vAlign w:val="center"/>
          </w:tcPr>
          <w:p w14:paraId="29F074EB" w14:textId="77777777" w:rsidR="00784A0C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最高可处理</w:t>
            </w:r>
            <w:r>
              <w:rPr>
                <w:lang w:eastAsia="zh-CN"/>
              </w:rPr>
              <w:t xml:space="preserve"> 1 × 10⁹ </w:t>
            </w:r>
            <w:r>
              <w:rPr>
                <w:lang w:eastAsia="zh-CN"/>
              </w:rPr>
              <w:t>个起始细胞</w:t>
            </w:r>
          </w:p>
        </w:tc>
      </w:tr>
      <w:tr w:rsidR="00784A0C" w14:paraId="6D49FC08" w14:textId="77777777">
        <w:trPr>
          <w:jc w:val="center"/>
        </w:trPr>
        <w:tc>
          <w:tcPr>
            <w:tcW w:w="2268" w:type="dxa"/>
            <w:vAlign w:val="center"/>
          </w:tcPr>
          <w:p w14:paraId="1889A374" w14:textId="77777777" w:rsidR="00784A0C" w:rsidRDefault="00000000">
            <w:r>
              <w:t>标准反应单位</w:t>
            </w:r>
          </w:p>
        </w:tc>
        <w:tc>
          <w:tcPr>
            <w:tcW w:w="7937" w:type="dxa"/>
            <w:vAlign w:val="center"/>
          </w:tcPr>
          <w:p w14:paraId="73505E99" w14:textId="77777777" w:rsidR="00784A0C" w:rsidRDefault="00000000">
            <w:r>
              <w:t>每</w:t>
            </w:r>
            <w:r>
              <w:t xml:space="preserve"> 1 × 10⁷ </w:t>
            </w:r>
            <w:r>
              <w:t>个细胞使用</w:t>
            </w:r>
            <w:r>
              <w:t xml:space="preserve"> 10 µL Cocktail </w:t>
            </w:r>
            <w:r>
              <w:t>抗体</w:t>
            </w:r>
            <w:r>
              <w:t xml:space="preserve"> + 10 µL SA </w:t>
            </w:r>
            <w:r>
              <w:t>磁珠；并按流程加入</w:t>
            </w:r>
            <w:r>
              <w:t xml:space="preserve"> 60 µL + 480 µL </w:t>
            </w:r>
            <w:r>
              <w:t>分选</w:t>
            </w:r>
            <w:r>
              <w:t xml:space="preserve"> Buffer</w:t>
            </w:r>
          </w:p>
        </w:tc>
      </w:tr>
      <w:tr w:rsidR="00784A0C" w14:paraId="59D009E6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4A56A0D6" w14:textId="77777777" w:rsidR="00784A0C" w:rsidRDefault="00000000">
            <w:r>
              <w:t>保存条件</w:t>
            </w:r>
          </w:p>
        </w:tc>
        <w:tc>
          <w:tcPr>
            <w:tcW w:w="7937" w:type="dxa"/>
            <w:shd w:val="clear" w:color="auto" w:fill="F3F8FC"/>
            <w:vAlign w:val="center"/>
          </w:tcPr>
          <w:p w14:paraId="78651B2A" w14:textId="77777777" w:rsidR="00784A0C" w:rsidRDefault="00000000">
            <w:r>
              <w:t>2–8 °C</w:t>
            </w:r>
            <w:r>
              <w:t>保存；避免冷冻</w:t>
            </w:r>
            <w:r>
              <w:t xml:space="preserve"> SA </w:t>
            </w:r>
            <w:r>
              <w:t>磁珠</w:t>
            </w:r>
          </w:p>
        </w:tc>
      </w:tr>
      <w:tr w:rsidR="00784A0C" w14:paraId="06D786E1" w14:textId="77777777">
        <w:trPr>
          <w:jc w:val="center"/>
        </w:trPr>
        <w:tc>
          <w:tcPr>
            <w:tcW w:w="2268" w:type="dxa"/>
            <w:vAlign w:val="center"/>
          </w:tcPr>
          <w:p w14:paraId="1D18AF46" w14:textId="77777777" w:rsidR="00784A0C" w:rsidRDefault="00000000">
            <w:r>
              <w:t>用途</w:t>
            </w:r>
          </w:p>
        </w:tc>
        <w:tc>
          <w:tcPr>
            <w:tcW w:w="7937" w:type="dxa"/>
            <w:vAlign w:val="center"/>
          </w:tcPr>
          <w:p w14:paraId="5708C76D" w14:textId="77777777" w:rsidR="00784A0C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仅供科研使用（</w:t>
            </w:r>
            <w:r>
              <w:rPr>
                <w:lang w:eastAsia="zh-CN"/>
              </w:rPr>
              <w:t>RUO</w:t>
            </w:r>
            <w:r>
              <w:rPr>
                <w:lang w:eastAsia="zh-CN"/>
              </w:rPr>
              <w:t>），不用于临床诊断或治疗</w:t>
            </w:r>
          </w:p>
        </w:tc>
      </w:tr>
    </w:tbl>
    <w:p w14:paraId="155E16E5" w14:textId="77777777" w:rsidR="00784A0C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2. </w:t>
      </w:r>
      <w:r>
        <w:rPr>
          <w:rFonts w:ascii="Arial" w:eastAsia="Noto Sans CJK SC" w:hAnsi="Arial"/>
          <w:color w:val="1F4E79"/>
          <w:sz w:val="24"/>
        </w:rPr>
        <w:t>试剂盒组成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3969"/>
        <w:gridCol w:w="1701"/>
        <w:gridCol w:w="4535"/>
      </w:tblGrid>
      <w:tr w:rsidR="00784A0C" w14:paraId="0B31F12A" w14:textId="77777777">
        <w:trPr>
          <w:tblHeader/>
          <w:jc w:val="center"/>
        </w:trPr>
        <w:tc>
          <w:tcPr>
            <w:tcW w:w="3969" w:type="dxa"/>
            <w:shd w:val="clear" w:color="auto" w:fill="1F4E79"/>
            <w:vAlign w:val="center"/>
          </w:tcPr>
          <w:p w14:paraId="55A108A9" w14:textId="77777777" w:rsidR="00784A0C" w:rsidRDefault="00000000">
            <w:pPr>
              <w:jc w:val="center"/>
            </w:pPr>
            <w:r>
              <w:rPr>
                <w:b/>
                <w:color w:val="FFFFFF"/>
              </w:rPr>
              <w:t>组分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1DD62173" w14:textId="77777777" w:rsidR="00784A0C" w:rsidRDefault="00000000">
            <w:pPr>
              <w:jc w:val="center"/>
            </w:pPr>
            <w:r>
              <w:rPr>
                <w:b/>
                <w:color w:val="FFFFFF"/>
              </w:rPr>
              <w:t>规格</w:t>
            </w:r>
          </w:p>
        </w:tc>
        <w:tc>
          <w:tcPr>
            <w:tcW w:w="4535" w:type="dxa"/>
            <w:shd w:val="clear" w:color="auto" w:fill="1F4E79"/>
            <w:vAlign w:val="center"/>
          </w:tcPr>
          <w:p w14:paraId="3ACDFB64" w14:textId="77777777" w:rsidR="00784A0C" w:rsidRDefault="00000000">
            <w:pPr>
              <w:jc w:val="center"/>
            </w:pPr>
            <w:r>
              <w:rPr>
                <w:b/>
                <w:color w:val="FFFFFF"/>
              </w:rPr>
              <w:t>说明</w:t>
            </w:r>
          </w:p>
        </w:tc>
      </w:tr>
      <w:tr w:rsidR="00784A0C" w14:paraId="3D5E3448" w14:textId="77777777">
        <w:trPr>
          <w:jc w:val="center"/>
        </w:trPr>
        <w:tc>
          <w:tcPr>
            <w:tcW w:w="3969" w:type="dxa"/>
            <w:vAlign w:val="center"/>
          </w:tcPr>
          <w:p w14:paraId="15FD96D3" w14:textId="5C9D33F6" w:rsidR="00784A0C" w:rsidRDefault="00000000">
            <w:r>
              <w:t>人</w:t>
            </w:r>
            <w:r>
              <w:t xml:space="preserve"> CD4 T </w:t>
            </w:r>
            <w:r>
              <w:t>阴选</w:t>
            </w:r>
            <w:r>
              <w:t xml:space="preserve"> Cocktail </w:t>
            </w:r>
            <w:r>
              <w:t>抗体</w:t>
            </w:r>
          </w:p>
        </w:tc>
        <w:tc>
          <w:tcPr>
            <w:tcW w:w="1701" w:type="dxa"/>
            <w:vAlign w:val="center"/>
          </w:tcPr>
          <w:p w14:paraId="3C8FE9D4" w14:textId="77777777" w:rsidR="00784A0C" w:rsidRDefault="00000000">
            <w:r>
              <w:t>1 mL</w:t>
            </w:r>
          </w:p>
        </w:tc>
        <w:tc>
          <w:tcPr>
            <w:tcW w:w="4535" w:type="dxa"/>
            <w:vAlign w:val="center"/>
          </w:tcPr>
          <w:p w14:paraId="780A474C" w14:textId="77777777" w:rsidR="00784A0C" w:rsidRDefault="00000000">
            <w:r>
              <w:t>用于标记非目标细胞</w:t>
            </w:r>
          </w:p>
        </w:tc>
      </w:tr>
      <w:tr w:rsidR="00784A0C" w14:paraId="44EBA086" w14:textId="77777777">
        <w:trPr>
          <w:jc w:val="center"/>
        </w:trPr>
        <w:tc>
          <w:tcPr>
            <w:tcW w:w="3969" w:type="dxa"/>
            <w:shd w:val="clear" w:color="auto" w:fill="F3F8FC"/>
            <w:vAlign w:val="center"/>
          </w:tcPr>
          <w:p w14:paraId="620889CB" w14:textId="77777777" w:rsidR="00784A0C" w:rsidRDefault="00000000">
            <w:r>
              <w:t xml:space="preserve">SA </w:t>
            </w:r>
            <w:r>
              <w:t>磁珠</w:t>
            </w:r>
          </w:p>
        </w:tc>
        <w:tc>
          <w:tcPr>
            <w:tcW w:w="1701" w:type="dxa"/>
            <w:shd w:val="clear" w:color="auto" w:fill="F3F8FC"/>
            <w:vAlign w:val="center"/>
          </w:tcPr>
          <w:p w14:paraId="7C9B1034" w14:textId="77777777" w:rsidR="00784A0C" w:rsidRDefault="00000000">
            <w:r>
              <w:t>1 mL</w:t>
            </w:r>
          </w:p>
        </w:tc>
        <w:tc>
          <w:tcPr>
            <w:tcW w:w="4535" w:type="dxa"/>
            <w:shd w:val="clear" w:color="auto" w:fill="F3F8FC"/>
            <w:vAlign w:val="center"/>
          </w:tcPr>
          <w:p w14:paraId="63C98476" w14:textId="77777777" w:rsidR="00784A0C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与生物素化抗体结合，用于磁性去除非目标细胞</w:t>
            </w:r>
          </w:p>
        </w:tc>
      </w:tr>
      <w:tr w:rsidR="00784A0C" w14:paraId="6D3413D8" w14:textId="77777777">
        <w:trPr>
          <w:jc w:val="center"/>
        </w:trPr>
        <w:tc>
          <w:tcPr>
            <w:tcW w:w="3969" w:type="dxa"/>
            <w:vAlign w:val="center"/>
          </w:tcPr>
          <w:p w14:paraId="1E79FF9C" w14:textId="77777777" w:rsidR="00784A0C" w:rsidRDefault="00000000">
            <w:r>
              <w:t>说明书</w:t>
            </w:r>
          </w:p>
        </w:tc>
        <w:tc>
          <w:tcPr>
            <w:tcW w:w="1701" w:type="dxa"/>
            <w:vAlign w:val="center"/>
          </w:tcPr>
          <w:p w14:paraId="494FCFB9" w14:textId="77777777" w:rsidR="00784A0C" w:rsidRDefault="00000000">
            <w:r>
              <w:t xml:space="preserve">1 </w:t>
            </w:r>
            <w:r>
              <w:t>份</w:t>
            </w:r>
          </w:p>
        </w:tc>
        <w:tc>
          <w:tcPr>
            <w:tcW w:w="4535" w:type="dxa"/>
            <w:vAlign w:val="center"/>
          </w:tcPr>
          <w:p w14:paraId="15E0D40F" w14:textId="77777777" w:rsidR="00784A0C" w:rsidRDefault="00000000">
            <w:r>
              <w:t>本文件</w:t>
            </w:r>
          </w:p>
        </w:tc>
      </w:tr>
    </w:tbl>
    <w:p w14:paraId="01EA41DB" w14:textId="6789E015" w:rsidR="00784A0C" w:rsidRDefault="00000000">
      <w:pPr>
        <w:spacing w:after="80"/>
      </w:pPr>
      <w:r>
        <w:t>注：分选</w:t>
      </w:r>
      <w:r>
        <w:t xml:space="preserve"> Buffer </w:t>
      </w:r>
      <w:r>
        <w:t>需自备，可使用</w:t>
      </w:r>
      <w:r>
        <w:t xml:space="preserve"> 0.1% BSA-PBS buffer </w:t>
      </w:r>
      <w:r>
        <w:t>或</w:t>
      </w:r>
      <w:r>
        <w:t xml:space="preserve"> 2% FBS-PBS buffer</w:t>
      </w:r>
      <w:r w:rsidR="00403895">
        <w:rPr>
          <w:rFonts w:ascii="宋体" w:eastAsia="宋体" w:hAnsi="宋体" w:cs="宋体" w:hint="eastAsia"/>
          <w:lang w:eastAsia="zh-CN"/>
        </w:rPr>
        <w:t>，p</w:t>
      </w:r>
      <w:r w:rsidR="00403895">
        <w:rPr>
          <w:rFonts w:ascii="宋体" w:eastAsia="宋体" w:hAnsi="宋体" w:cs="宋体"/>
        </w:rPr>
        <w:t>H7.4</w:t>
      </w:r>
      <w:r>
        <w:t>。</w:t>
      </w:r>
      <w:r>
        <w:t xml:space="preserve">1 × 10⁹ </w:t>
      </w:r>
      <w:r>
        <w:t>个细胞全量操作时，理论需约</w:t>
      </w:r>
      <w:r>
        <w:t xml:space="preserve"> 54 mL </w:t>
      </w:r>
      <w:r>
        <w:t>分选</w:t>
      </w:r>
      <w:r>
        <w:t xml:space="preserve"> Buffer</w:t>
      </w:r>
      <w:r>
        <w:t>，其中抗体孵育后加入约</w:t>
      </w:r>
      <w:r>
        <w:t xml:space="preserve"> 6 mL</w:t>
      </w:r>
      <w:r>
        <w:t>，磁珠孵育后加入约</w:t>
      </w:r>
      <w:r>
        <w:t xml:space="preserve"> 48 mL</w:t>
      </w:r>
      <w:r>
        <w:t>。</w:t>
      </w:r>
    </w:p>
    <w:p w14:paraId="12ED0FC1" w14:textId="77777777" w:rsidR="00784A0C" w:rsidRDefault="00000000">
      <w:pPr>
        <w:pStyle w:val="1"/>
        <w:spacing w:before="120" w:after="60"/>
        <w:rPr>
          <w:lang w:eastAsia="zh-CN"/>
        </w:rPr>
      </w:pPr>
      <w:r>
        <w:rPr>
          <w:rFonts w:ascii="Arial" w:eastAsia="Noto Sans CJK SC" w:hAnsi="Arial"/>
          <w:color w:val="1F4E79"/>
          <w:sz w:val="24"/>
          <w:lang w:eastAsia="zh-CN"/>
        </w:rPr>
        <w:t xml:space="preserve">3. </w:t>
      </w:r>
      <w:r>
        <w:rPr>
          <w:rFonts w:ascii="Arial" w:eastAsia="Noto Sans CJK SC" w:hAnsi="Arial"/>
          <w:color w:val="1F4E79"/>
          <w:sz w:val="24"/>
          <w:lang w:eastAsia="zh-CN"/>
        </w:rPr>
        <w:t>分选原理</w:t>
      </w:r>
    </w:p>
    <w:p w14:paraId="2B822480" w14:textId="77777777" w:rsidR="00784A0C" w:rsidRDefault="00000000">
      <w:pPr>
        <w:spacing w:after="80"/>
        <w:rPr>
          <w:lang w:eastAsia="zh-CN"/>
        </w:rPr>
      </w:pPr>
      <w:r>
        <w:rPr>
          <w:lang w:eastAsia="zh-CN"/>
        </w:rPr>
        <w:t>本试剂盒通过生物素</w:t>
      </w:r>
      <w:r>
        <w:rPr>
          <w:lang w:eastAsia="zh-CN"/>
        </w:rPr>
        <w:t xml:space="preserve"> Cocktail </w:t>
      </w:r>
      <w:r>
        <w:rPr>
          <w:lang w:eastAsia="zh-CN"/>
        </w:rPr>
        <w:t>抗体标记非</w:t>
      </w:r>
      <w:r>
        <w:rPr>
          <w:lang w:eastAsia="zh-CN"/>
        </w:rPr>
        <w:t xml:space="preserve"> CD4 T </w:t>
      </w:r>
      <w:r>
        <w:rPr>
          <w:lang w:eastAsia="zh-CN"/>
        </w:rPr>
        <w:t>细胞，再加入</w:t>
      </w:r>
      <w:r>
        <w:rPr>
          <w:lang w:eastAsia="zh-CN"/>
        </w:rPr>
        <w:t xml:space="preserve"> SA </w:t>
      </w:r>
      <w:r>
        <w:rPr>
          <w:lang w:eastAsia="zh-CN"/>
        </w:rPr>
        <w:t>磁珠结合被标记细胞。经磁吸后，被标记的非目标细胞保留在磁场侧，未被结合的</w:t>
      </w:r>
      <w:r>
        <w:rPr>
          <w:lang w:eastAsia="zh-CN"/>
        </w:rPr>
        <w:t xml:space="preserve"> CD4⁺ T </w:t>
      </w:r>
      <w:r>
        <w:rPr>
          <w:lang w:eastAsia="zh-CN"/>
        </w:rPr>
        <w:t>细胞</w:t>
      </w:r>
      <w:r>
        <w:rPr>
          <w:lang w:eastAsia="zh-CN"/>
        </w:rPr>
        <w:t xml:space="preserve"> </w:t>
      </w:r>
      <w:r>
        <w:rPr>
          <w:lang w:eastAsia="zh-CN"/>
        </w:rPr>
        <w:t>保留在上清中。</w:t>
      </w:r>
    </w:p>
    <w:p w14:paraId="3ABF149F" w14:textId="77777777" w:rsidR="00784A0C" w:rsidRDefault="00000000">
      <w:pPr>
        <w:spacing w:after="80"/>
        <w:rPr>
          <w:lang w:eastAsia="zh-CN"/>
        </w:rPr>
      </w:pPr>
      <w:r>
        <w:rPr>
          <w:lang w:eastAsia="zh-CN"/>
        </w:rPr>
        <w:t>本产品为阴选体系，目标细胞不直接与磁珠结合，最终收集磁吸后的上清液。</w:t>
      </w:r>
    </w:p>
    <w:p w14:paraId="4F86F499" w14:textId="77777777" w:rsidR="00784A0C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4. </w:t>
      </w:r>
      <w:r>
        <w:rPr>
          <w:rFonts w:ascii="Arial" w:eastAsia="Noto Sans CJK SC" w:hAnsi="Arial"/>
          <w:color w:val="1F4E79"/>
          <w:sz w:val="24"/>
        </w:rPr>
        <w:t>实验前准备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2268"/>
        <w:gridCol w:w="7937"/>
      </w:tblGrid>
      <w:tr w:rsidR="00784A0C" w14:paraId="2E6ACBB8" w14:textId="77777777">
        <w:trPr>
          <w:tblHeader/>
          <w:jc w:val="center"/>
        </w:trPr>
        <w:tc>
          <w:tcPr>
            <w:tcW w:w="2268" w:type="dxa"/>
            <w:shd w:val="clear" w:color="auto" w:fill="1F4E79"/>
            <w:vAlign w:val="center"/>
          </w:tcPr>
          <w:p w14:paraId="07626D73" w14:textId="77777777" w:rsidR="00784A0C" w:rsidRDefault="00000000">
            <w:pPr>
              <w:jc w:val="center"/>
            </w:pPr>
            <w:r>
              <w:rPr>
                <w:b/>
                <w:color w:val="FFFFFF"/>
              </w:rPr>
              <w:t>项目</w:t>
            </w:r>
          </w:p>
        </w:tc>
        <w:tc>
          <w:tcPr>
            <w:tcW w:w="7937" w:type="dxa"/>
            <w:shd w:val="clear" w:color="auto" w:fill="1F4E79"/>
            <w:vAlign w:val="center"/>
          </w:tcPr>
          <w:p w14:paraId="660D7C6A" w14:textId="77777777" w:rsidR="00784A0C" w:rsidRDefault="00000000">
            <w:pPr>
              <w:jc w:val="center"/>
            </w:pPr>
            <w:r>
              <w:rPr>
                <w:b/>
                <w:color w:val="FFFFFF"/>
              </w:rPr>
              <w:t>要求</w:t>
            </w:r>
          </w:p>
        </w:tc>
      </w:tr>
      <w:tr w:rsidR="00784A0C" w14:paraId="0C8DC677" w14:textId="77777777">
        <w:trPr>
          <w:jc w:val="center"/>
        </w:trPr>
        <w:tc>
          <w:tcPr>
            <w:tcW w:w="2268" w:type="dxa"/>
            <w:vAlign w:val="center"/>
          </w:tcPr>
          <w:p w14:paraId="52162A2F" w14:textId="77777777" w:rsidR="00784A0C" w:rsidRDefault="00000000">
            <w:r>
              <w:t>细胞状态</w:t>
            </w:r>
          </w:p>
        </w:tc>
        <w:tc>
          <w:tcPr>
            <w:tcW w:w="7937" w:type="dxa"/>
            <w:vAlign w:val="center"/>
          </w:tcPr>
          <w:p w14:paraId="375D2CD5" w14:textId="77777777" w:rsidR="00784A0C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制备单细胞悬液，尽量去除团块、死细胞、红细胞和血小板残留。</w:t>
            </w:r>
          </w:p>
        </w:tc>
      </w:tr>
      <w:tr w:rsidR="00784A0C" w14:paraId="1BEBAFE4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360389F7" w14:textId="77777777" w:rsidR="00784A0C" w:rsidRDefault="00000000">
            <w:r>
              <w:t>细胞计数</w:t>
            </w:r>
          </w:p>
        </w:tc>
        <w:tc>
          <w:tcPr>
            <w:tcW w:w="7937" w:type="dxa"/>
            <w:shd w:val="clear" w:color="auto" w:fill="F3F8FC"/>
            <w:vAlign w:val="center"/>
          </w:tcPr>
          <w:p w14:paraId="40D08E30" w14:textId="77777777" w:rsidR="00784A0C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准确计数后，按每</w:t>
            </w:r>
            <w:r>
              <w:rPr>
                <w:lang w:eastAsia="zh-CN"/>
              </w:rPr>
              <w:t xml:space="preserve"> 1 × 10⁷ </w:t>
            </w:r>
            <w:r>
              <w:rPr>
                <w:lang w:eastAsia="zh-CN"/>
              </w:rPr>
              <w:t>个细胞重悬至</w:t>
            </w:r>
            <w:r>
              <w:rPr>
                <w:lang w:eastAsia="zh-CN"/>
              </w:rPr>
              <w:t xml:space="preserve"> 40 µL </w:t>
            </w:r>
            <w:r>
              <w:rPr>
                <w:lang w:eastAsia="zh-CN"/>
              </w:rPr>
              <w:t>细胞悬液。</w:t>
            </w:r>
          </w:p>
        </w:tc>
      </w:tr>
      <w:tr w:rsidR="00784A0C" w14:paraId="3C6CF187" w14:textId="77777777">
        <w:trPr>
          <w:jc w:val="center"/>
        </w:trPr>
        <w:tc>
          <w:tcPr>
            <w:tcW w:w="2268" w:type="dxa"/>
            <w:vAlign w:val="center"/>
          </w:tcPr>
          <w:p w14:paraId="3BC7793F" w14:textId="77777777" w:rsidR="00784A0C" w:rsidRDefault="00000000">
            <w:r>
              <w:t>分选</w:t>
            </w:r>
            <w:r>
              <w:t xml:space="preserve"> Buffer</w:t>
            </w:r>
          </w:p>
        </w:tc>
        <w:tc>
          <w:tcPr>
            <w:tcW w:w="7937" w:type="dxa"/>
            <w:vAlign w:val="center"/>
          </w:tcPr>
          <w:p w14:paraId="6E83414C" w14:textId="77777777" w:rsidR="00784A0C" w:rsidRDefault="00000000">
            <w:r>
              <w:t xml:space="preserve">0.1% BSA-PBS buffer </w:t>
            </w:r>
            <w:r>
              <w:t>或</w:t>
            </w:r>
            <w:r>
              <w:t xml:space="preserve"> 2% FBS-PBS buffer</w:t>
            </w:r>
            <w:r>
              <w:t>，建议预冷并全程保持一致。</w:t>
            </w:r>
          </w:p>
        </w:tc>
      </w:tr>
      <w:tr w:rsidR="00784A0C" w14:paraId="65D74030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3A7A97B1" w14:textId="77777777" w:rsidR="00784A0C" w:rsidRDefault="00000000">
            <w:r>
              <w:t>磁珠处理</w:t>
            </w:r>
          </w:p>
        </w:tc>
        <w:tc>
          <w:tcPr>
            <w:tcW w:w="7937" w:type="dxa"/>
            <w:shd w:val="clear" w:color="auto" w:fill="F3F8FC"/>
            <w:vAlign w:val="center"/>
          </w:tcPr>
          <w:p w14:paraId="0C1A3E5D" w14:textId="77777777" w:rsidR="00784A0C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使用前充分重悬</w:t>
            </w:r>
            <w:r>
              <w:rPr>
                <w:lang w:eastAsia="zh-CN"/>
              </w:rPr>
              <w:t xml:space="preserve"> SA </w:t>
            </w:r>
            <w:r>
              <w:rPr>
                <w:lang w:eastAsia="zh-CN"/>
              </w:rPr>
              <w:t>磁珠，确保磁珠均一。</w:t>
            </w:r>
          </w:p>
        </w:tc>
      </w:tr>
      <w:tr w:rsidR="00784A0C" w14:paraId="030E3FF6" w14:textId="77777777">
        <w:trPr>
          <w:jc w:val="center"/>
        </w:trPr>
        <w:tc>
          <w:tcPr>
            <w:tcW w:w="2268" w:type="dxa"/>
            <w:vAlign w:val="center"/>
          </w:tcPr>
          <w:p w14:paraId="0DC65971" w14:textId="77777777" w:rsidR="00784A0C" w:rsidRDefault="00000000">
            <w:r>
              <w:t>耗材建议</w:t>
            </w:r>
          </w:p>
        </w:tc>
        <w:tc>
          <w:tcPr>
            <w:tcW w:w="7937" w:type="dxa"/>
            <w:vAlign w:val="center"/>
          </w:tcPr>
          <w:p w14:paraId="0D61FC07" w14:textId="77777777" w:rsidR="00784A0C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根据总反应体积选择合适离心管；处理大于</w:t>
            </w:r>
            <w:r>
              <w:rPr>
                <w:lang w:eastAsia="zh-CN"/>
              </w:rPr>
              <w:t xml:space="preserve"> 1 × 10⁸ </w:t>
            </w:r>
            <w:r>
              <w:rPr>
                <w:lang w:eastAsia="zh-CN"/>
              </w:rPr>
              <w:t>个细胞时建议分管操作。</w:t>
            </w:r>
          </w:p>
        </w:tc>
      </w:tr>
    </w:tbl>
    <w:p w14:paraId="54B8624F" w14:textId="77777777" w:rsidR="00784A0C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5. </w:t>
      </w:r>
      <w:r>
        <w:rPr>
          <w:rFonts w:ascii="Arial" w:eastAsia="Noto Sans CJK SC" w:hAnsi="Arial"/>
          <w:color w:val="1F4E79"/>
          <w:sz w:val="24"/>
        </w:rPr>
        <w:t>标准操作流程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680"/>
        <w:gridCol w:w="5102"/>
        <w:gridCol w:w="2268"/>
        <w:gridCol w:w="2154"/>
      </w:tblGrid>
      <w:tr w:rsidR="00784A0C" w14:paraId="1D0CDA1E" w14:textId="77777777">
        <w:trPr>
          <w:tblHeader/>
          <w:jc w:val="center"/>
        </w:trPr>
        <w:tc>
          <w:tcPr>
            <w:tcW w:w="680" w:type="dxa"/>
            <w:shd w:val="clear" w:color="auto" w:fill="1F4E79"/>
            <w:vAlign w:val="center"/>
          </w:tcPr>
          <w:p w14:paraId="40A05568" w14:textId="77777777" w:rsidR="00784A0C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步骤</w:t>
            </w:r>
          </w:p>
        </w:tc>
        <w:tc>
          <w:tcPr>
            <w:tcW w:w="5102" w:type="dxa"/>
            <w:shd w:val="clear" w:color="auto" w:fill="1F4E79"/>
            <w:vAlign w:val="center"/>
          </w:tcPr>
          <w:p w14:paraId="61F9460E" w14:textId="77777777" w:rsidR="00784A0C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操作内容</w:t>
            </w:r>
          </w:p>
        </w:tc>
        <w:tc>
          <w:tcPr>
            <w:tcW w:w="2268" w:type="dxa"/>
            <w:shd w:val="clear" w:color="auto" w:fill="1F4E79"/>
            <w:vAlign w:val="center"/>
          </w:tcPr>
          <w:p w14:paraId="330167AB" w14:textId="77777777" w:rsidR="00784A0C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条件</w:t>
            </w:r>
          </w:p>
        </w:tc>
        <w:tc>
          <w:tcPr>
            <w:tcW w:w="2154" w:type="dxa"/>
            <w:shd w:val="clear" w:color="auto" w:fill="1F4E79"/>
            <w:vAlign w:val="center"/>
          </w:tcPr>
          <w:p w14:paraId="57F2EA21" w14:textId="77777777" w:rsidR="00784A0C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时间</w:t>
            </w:r>
            <w:r>
              <w:rPr>
                <w:b/>
                <w:color w:val="FFFFFF"/>
                <w:sz w:val="17"/>
              </w:rPr>
              <w:t xml:space="preserve"> / </w:t>
            </w:r>
            <w:r>
              <w:rPr>
                <w:b/>
                <w:color w:val="FFFFFF"/>
                <w:sz w:val="17"/>
              </w:rPr>
              <w:t>体积</w:t>
            </w:r>
          </w:p>
        </w:tc>
      </w:tr>
      <w:tr w:rsidR="00784A0C" w14:paraId="44F90EED" w14:textId="77777777">
        <w:trPr>
          <w:jc w:val="center"/>
        </w:trPr>
        <w:tc>
          <w:tcPr>
            <w:tcW w:w="680" w:type="dxa"/>
            <w:vAlign w:val="center"/>
          </w:tcPr>
          <w:p w14:paraId="11187A7B" w14:textId="77777777" w:rsidR="00784A0C" w:rsidRDefault="00000000">
            <w:r>
              <w:rPr>
                <w:sz w:val="17"/>
              </w:rPr>
              <w:t>1</w:t>
            </w:r>
          </w:p>
        </w:tc>
        <w:tc>
          <w:tcPr>
            <w:tcW w:w="5102" w:type="dxa"/>
            <w:vAlign w:val="center"/>
          </w:tcPr>
          <w:p w14:paraId="731F8265" w14:textId="77777777" w:rsidR="00784A0C" w:rsidRDefault="00000000">
            <w:r>
              <w:rPr>
                <w:sz w:val="17"/>
              </w:rPr>
              <w:t>准备细胞悬液。</w:t>
            </w:r>
          </w:p>
        </w:tc>
        <w:tc>
          <w:tcPr>
            <w:tcW w:w="2268" w:type="dxa"/>
            <w:vAlign w:val="center"/>
          </w:tcPr>
          <w:p w14:paraId="1ADA41FF" w14:textId="77777777" w:rsidR="00784A0C" w:rsidRDefault="00000000">
            <w:r>
              <w:rPr>
                <w:sz w:val="17"/>
              </w:rPr>
              <w:t>—</w:t>
            </w:r>
          </w:p>
        </w:tc>
        <w:tc>
          <w:tcPr>
            <w:tcW w:w="2154" w:type="dxa"/>
            <w:vAlign w:val="center"/>
          </w:tcPr>
          <w:p w14:paraId="42229D4B" w14:textId="77777777" w:rsidR="00784A0C" w:rsidRDefault="00000000">
            <w:r>
              <w:rPr>
                <w:sz w:val="17"/>
              </w:rPr>
              <w:t>40 µL</w:t>
            </w:r>
            <w:r>
              <w:rPr>
                <w:sz w:val="17"/>
              </w:rPr>
              <w:t>；含</w:t>
            </w:r>
            <w:r>
              <w:rPr>
                <w:sz w:val="17"/>
              </w:rPr>
              <w:t xml:space="preserve"> 1 × 10⁷ cells</w:t>
            </w:r>
          </w:p>
        </w:tc>
      </w:tr>
      <w:tr w:rsidR="00784A0C" w14:paraId="4D08F7CC" w14:textId="77777777">
        <w:trPr>
          <w:jc w:val="center"/>
        </w:trPr>
        <w:tc>
          <w:tcPr>
            <w:tcW w:w="680" w:type="dxa"/>
            <w:shd w:val="clear" w:color="auto" w:fill="F3F8FC"/>
            <w:vAlign w:val="center"/>
          </w:tcPr>
          <w:p w14:paraId="21BE7B48" w14:textId="77777777" w:rsidR="00784A0C" w:rsidRDefault="00000000">
            <w:r>
              <w:rPr>
                <w:sz w:val="17"/>
              </w:rPr>
              <w:t>2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238C4330" w14:textId="77777777" w:rsidR="00784A0C" w:rsidRDefault="00000000">
            <w:r>
              <w:rPr>
                <w:sz w:val="17"/>
              </w:rPr>
              <w:t>加入生物素</w:t>
            </w:r>
            <w:r>
              <w:rPr>
                <w:sz w:val="17"/>
              </w:rPr>
              <w:t xml:space="preserve"> Cocktail </w:t>
            </w:r>
            <w:r>
              <w:rPr>
                <w:sz w:val="17"/>
              </w:rPr>
              <w:t>抗体，轻柔混匀。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56FA4D98" w14:textId="77777777" w:rsidR="00784A0C" w:rsidRDefault="00000000">
            <w:r>
              <w:rPr>
                <w:sz w:val="17"/>
              </w:rPr>
              <w:t>2–8 °C</w:t>
            </w:r>
          </w:p>
        </w:tc>
        <w:tc>
          <w:tcPr>
            <w:tcW w:w="2154" w:type="dxa"/>
            <w:shd w:val="clear" w:color="auto" w:fill="F3F8FC"/>
            <w:vAlign w:val="center"/>
          </w:tcPr>
          <w:p w14:paraId="5B7FB328" w14:textId="77777777" w:rsidR="00784A0C" w:rsidRDefault="00000000">
            <w:r>
              <w:rPr>
                <w:sz w:val="17"/>
              </w:rPr>
              <w:t>10 µL</w:t>
            </w:r>
          </w:p>
        </w:tc>
      </w:tr>
      <w:tr w:rsidR="00784A0C" w14:paraId="44AE2158" w14:textId="77777777">
        <w:trPr>
          <w:jc w:val="center"/>
        </w:trPr>
        <w:tc>
          <w:tcPr>
            <w:tcW w:w="680" w:type="dxa"/>
            <w:vAlign w:val="center"/>
          </w:tcPr>
          <w:p w14:paraId="6C172705" w14:textId="77777777" w:rsidR="00784A0C" w:rsidRDefault="00000000">
            <w:r>
              <w:rPr>
                <w:sz w:val="17"/>
              </w:rPr>
              <w:t>3</w:t>
            </w:r>
          </w:p>
        </w:tc>
        <w:tc>
          <w:tcPr>
            <w:tcW w:w="5102" w:type="dxa"/>
            <w:vAlign w:val="center"/>
          </w:tcPr>
          <w:p w14:paraId="4F40E9D2" w14:textId="77777777" w:rsidR="00784A0C" w:rsidRDefault="00000000">
            <w:r>
              <w:rPr>
                <w:sz w:val="17"/>
              </w:rPr>
              <w:t>抗体孵育。</w:t>
            </w:r>
          </w:p>
        </w:tc>
        <w:tc>
          <w:tcPr>
            <w:tcW w:w="2268" w:type="dxa"/>
            <w:vAlign w:val="center"/>
          </w:tcPr>
          <w:p w14:paraId="0856F2A3" w14:textId="77777777" w:rsidR="00784A0C" w:rsidRDefault="00000000">
            <w:r>
              <w:rPr>
                <w:sz w:val="17"/>
              </w:rPr>
              <w:t>2–8 °C</w:t>
            </w:r>
          </w:p>
        </w:tc>
        <w:tc>
          <w:tcPr>
            <w:tcW w:w="2154" w:type="dxa"/>
            <w:vAlign w:val="center"/>
          </w:tcPr>
          <w:p w14:paraId="0AA7066C" w14:textId="77777777" w:rsidR="00784A0C" w:rsidRDefault="00000000">
            <w:r>
              <w:rPr>
                <w:sz w:val="17"/>
              </w:rPr>
              <w:t>10 min</w:t>
            </w:r>
          </w:p>
        </w:tc>
      </w:tr>
      <w:tr w:rsidR="00784A0C" w14:paraId="212EDA78" w14:textId="77777777">
        <w:trPr>
          <w:jc w:val="center"/>
        </w:trPr>
        <w:tc>
          <w:tcPr>
            <w:tcW w:w="680" w:type="dxa"/>
            <w:shd w:val="clear" w:color="auto" w:fill="F3F8FC"/>
            <w:vAlign w:val="center"/>
          </w:tcPr>
          <w:p w14:paraId="67420B14" w14:textId="77777777" w:rsidR="00784A0C" w:rsidRDefault="00000000">
            <w:r>
              <w:rPr>
                <w:sz w:val="17"/>
              </w:rPr>
              <w:t>4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6BAFDD7F" w14:textId="77777777" w:rsidR="00784A0C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加入分选</w:t>
            </w:r>
            <w:r>
              <w:rPr>
                <w:sz w:val="17"/>
                <w:lang w:eastAsia="zh-CN"/>
              </w:rPr>
              <w:t xml:space="preserve"> Buffer</w:t>
            </w:r>
            <w:r>
              <w:rPr>
                <w:sz w:val="17"/>
                <w:lang w:eastAsia="zh-CN"/>
              </w:rPr>
              <w:t>，轻柔混匀。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54D14C2B" w14:textId="77777777" w:rsidR="00784A0C" w:rsidRDefault="00000000">
            <w:r>
              <w:rPr>
                <w:sz w:val="17"/>
              </w:rPr>
              <w:t xml:space="preserve">0.1% BSA-PBS </w:t>
            </w:r>
            <w:r>
              <w:rPr>
                <w:sz w:val="17"/>
              </w:rPr>
              <w:t>或</w:t>
            </w:r>
            <w:r>
              <w:rPr>
                <w:sz w:val="17"/>
              </w:rPr>
              <w:t xml:space="preserve"> 2% FBS-PBS</w:t>
            </w:r>
          </w:p>
        </w:tc>
        <w:tc>
          <w:tcPr>
            <w:tcW w:w="2154" w:type="dxa"/>
            <w:shd w:val="clear" w:color="auto" w:fill="F3F8FC"/>
            <w:vAlign w:val="center"/>
          </w:tcPr>
          <w:p w14:paraId="7C63F159" w14:textId="77777777" w:rsidR="00784A0C" w:rsidRDefault="00000000">
            <w:r>
              <w:rPr>
                <w:sz w:val="17"/>
              </w:rPr>
              <w:t>60 µL</w:t>
            </w:r>
          </w:p>
        </w:tc>
      </w:tr>
      <w:tr w:rsidR="00784A0C" w14:paraId="49E745E5" w14:textId="77777777">
        <w:trPr>
          <w:jc w:val="center"/>
        </w:trPr>
        <w:tc>
          <w:tcPr>
            <w:tcW w:w="680" w:type="dxa"/>
            <w:vAlign w:val="center"/>
          </w:tcPr>
          <w:p w14:paraId="1D80003E" w14:textId="77777777" w:rsidR="00784A0C" w:rsidRDefault="00000000">
            <w:r>
              <w:rPr>
                <w:sz w:val="17"/>
              </w:rPr>
              <w:t>5</w:t>
            </w:r>
          </w:p>
        </w:tc>
        <w:tc>
          <w:tcPr>
            <w:tcW w:w="5102" w:type="dxa"/>
            <w:vAlign w:val="center"/>
          </w:tcPr>
          <w:p w14:paraId="52960B69" w14:textId="77777777" w:rsidR="00784A0C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加入</w:t>
            </w:r>
            <w:r>
              <w:rPr>
                <w:sz w:val="17"/>
                <w:lang w:eastAsia="zh-CN"/>
              </w:rPr>
              <w:t xml:space="preserve"> SA </w:t>
            </w:r>
            <w:r>
              <w:rPr>
                <w:sz w:val="17"/>
                <w:lang w:eastAsia="zh-CN"/>
              </w:rPr>
              <w:t>磁珠，轻柔混匀。</w:t>
            </w:r>
          </w:p>
        </w:tc>
        <w:tc>
          <w:tcPr>
            <w:tcW w:w="2268" w:type="dxa"/>
            <w:vAlign w:val="center"/>
          </w:tcPr>
          <w:p w14:paraId="6140A085" w14:textId="77777777" w:rsidR="00784A0C" w:rsidRDefault="00000000">
            <w:r>
              <w:rPr>
                <w:sz w:val="17"/>
              </w:rPr>
              <w:t>室温</w:t>
            </w:r>
          </w:p>
        </w:tc>
        <w:tc>
          <w:tcPr>
            <w:tcW w:w="2154" w:type="dxa"/>
            <w:vAlign w:val="center"/>
          </w:tcPr>
          <w:p w14:paraId="075B054E" w14:textId="77777777" w:rsidR="00784A0C" w:rsidRDefault="00000000">
            <w:r>
              <w:rPr>
                <w:sz w:val="17"/>
              </w:rPr>
              <w:t>10 µL</w:t>
            </w:r>
          </w:p>
        </w:tc>
      </w:tr>
      <w:tr w:rsidR="00784A0C" w14:paraId="43A4303C" w14:textId="77777777">
        <w:trPr>
          <w:jc w:val="center"/>
        </w:trPr>
        <w:tc>
          <w:tcPr>
            <w:tcW w:w="680" w:type="dxa"/>
            <w:shd w:val="clear" w:color="auto" w:fill="F3F8FC"/>
            <w:vAlign w:val="center"/>
          </w:tcPr>
          <w:p w14:paraId="487143BF" w14:textId="77777777" w:rsidR="00784A0C" w:rsidRDefault="00000000">
            <w:r>
              <w:rPr>
                <w:sz w:val="17"/>
              </w:rPr>
              <w:t>6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3C40E342" w14:textId="77777777" w:rsidR="00784A0C" w:rsidRDefault="00000000">
            <w:r>
              <w:rPr>
                <w:sz w:val="17"/>
              </w:rPr>
              <w:t>磁珠孵育。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205B31E5" w14:textId="77777777" w:rsidR="00784A0C" w:rsidRDefault="00000000">
            <w:r>
              <w:rPr>
                <w:sz w:val="17"/>
              </w:rPr>
              <w:t>室温</w:t>
            </w:r>
          </w:p>
        </w:tc>
        <w:tc>
          <w:tcPr>
            <w:tcW w:w="2154" w:type="dxa"/>
            <w:shd w:val="clear" w:color="auto" w:fill="F3F8FC"/>
            <w:vAlign w:val="center"/>
          </w:tcPr>
          <w:p w14:paraId="6595ECA4" w14:textId="77777777" w:rsidR="00784A0C" w:rsidRDefault="00000000">
            <w:r>
              <w:rPr>
                <w:sz w:val="17"/>
              </w:rPr>
              <w:t>5 min</w:t>
            </w:r>
          </w:p>
        </w:tc>
      </w:tr>
      <w:tr w:rsidR="00784A0C" w14:paraId="18D4A98D" w14:textId="77777777">
        <w:trPr>
          <w:jc w:val="center"/>
        </w:trPr>
        <w:tc>
          <w:tcPr>
            <w:tcW w:w="680" w:type="dxa"/>
            <w:vAlign w:val="center"/>
          </w:tcPr>
          <w:p w14:paraId="0CDB53C7" w14:textId="77777777" w:rsidR="00784A0C" w:rsidRDefault="00000000">
            <w:r>
              <w:rPr>
                <w:sz w:val="17"/>
              </w:rPr>
              <w:t>7</w:t>
            </w:r>
          </w:p>
        </w:tc>
        <w:tc>
          <w:tcPr>
            <w:tcW w:w="5102" w:type="dxa"/>
            <w:vAlign w:val="center"/>
          </w:tcPr>
          <w:p w14:paraId="5529B4EF" w14:textId="77777777" w:rsidR="00784A0C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再次加入分选</w:t>
            </w:r>
            <w:r>
              <w:rPr>
                <w:sz w:val="17"/>
                <w:lang w:eastAsia="zh-CN"/>
              </w:rPr>
              <w:t xml:space="preserve"> Buffer</w:t>
            </w:r>
            <w:r>
              <w:rPr>
                <w:sz w:val="17"/>
                <w:lang w:eastAsia="zh-CN"/>
              </w:rPr>
              <w:t>，轻柔混匀。</w:t>
            </w:r>
          </w:p>
        </w:tc>
        <w:tc>
          <w:tcPr>
            <w:tcW w:w="2268" w:type="dxa"/>
            <w:vAlign w:val="center"/>
          </w:tcPr>
          <w:p w14:paraId="3C0F2524" w14:textId="77777777" w:rsidR="00784A0C" w:rsidRDefault="00000000">
            <w:r>
              <w:rPr>
                <w:sz w:val="17"/>
              </w:rPr>
              <w:t xml:space="preserve">0.1% BSA-PBS </w:t>
            </w:r>
            <w:r>
              <w:rPr>
                <w:sz w:val="17"/>
              </w:rPr>
              <w:t>或</w:t>
            </w:r>
            <w:r>
              <w:rPr>
                <w:sz w:val="17"/>
              </w:rPr>
              <w:t xml:space="preserve"> 2% FBS-PBS</w:t>
            </w:r>
          </w:p>
        </w:tc>
        <w:tc>
          <w:tcPr>
            <w:tcW w:w="2154" w:type="dxa"/>
            <w:vAlign w:val="center"/>
          </w:tcPr>
          <w:p w14:paraId="2C10BAA2" w14:textId="77777777" w:rsidR="00784A0C" w:rsidRDefault="00000000">
            <w:r>
              <w:rPr>
                <w:sz w:val="17"/>
              </w:rPr>
              <w:t>480 µL</w:t>
            </w:r>
          </w:p>
        </w:tc>
      </w:tr>
      <w:tr w:rsidR="00784A0C" w14:paraId="72117C5B" w14:textId="77777777">
        <w:trPr>
          <w:jc w:val="center"/>
        </w:trPr>
        <w:tc>
          <w:tcPr>
            <w:tcW w:w="680" w:type="dxa"/>
            <w:shd w:val="clear" w:color="auto" w:fill="F3F8FC"/>
            <w:vAlign w:val="center"/>
          </w:tcPr>
          <w:p w14:paraId="317951C0" w14:textId="77777777" w:rsidR="00784A0C" w:rsidRDefault="00000000">
            <w:r>
              <w:rPr>
                <w:sz w:val="17"/>
              </w:rPr>
              <w:t>8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16421030" w14:textId="77777777" w:rsidR="00784A0C" w:rsidRDefault="00000000">
            <w:r>
              <w:rPr>
                <w:sz w:val="17"/>
              </w:rPr>
              <w:t>第一次磁吸。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7F73C851" w14:textId="4F0C9DCF" w:rsidR="00784A0C" w:rsidRDefault="00000000">
            <w:r>
              <w:rPr>
                <w:sz w:val="17"/>
              </w:rPr>
              <w:t>磁力架</w:t>
            </w:r>
            <w:r w:rsidR="000944BC">
              <w:rPr>
                <w:rFonts w:ascii="宋体" w:eastAsia="宋体" w:hAnsi="宋体" w:cs="宋体" w:hint="eastAsia"/>
                <w:sz w:val="17"/>
                <w:lang w:eastAsia="zh-CN"/>
              </w:rPr>
              <w:t>（常温）</w:t>
            </w:r>
          </w:p>
        </w:tc>
        <w:tc>
          <w:tcPr>
            <w:tcW w:w="2154" w:type="dxa"/>
            <w:shd w:val="clear" w:color="auto" w:fill="F3F8FC"/>
            <w:vAlign w:val="center"/>
          </w:tcPr>
          <w:p w14:paraId="17D8C530" w14:textId="099F8685" w:rsidR="00784A0C" w:rsidRPr="00017F7E" w:rsidRDefault="00000000">
            <w:pPr>
              <w:rPr>
                <w:rFonts w:ascii="Times New Roman" w:hAnsi="Times New Roman" w:cs="Times New Roman"/>
              </w:rPr>
            </w:pPr>
            <w:r w:rsidRPr="00017F7E">
              <w:rPr>
                <w:rFonts w:ascii="Times New Roman" w:hAnsi="Times New Roman" w:cs="Times New Roman"/>
                <w:sz w:val="17"/>
              </w:rPr>
              <w:t>5 min</w:t>
            </w:r>
            <w:r w:rsidR="00017F7E" w:rsidRPr="00017F7E">
              <w:rPr>
                <w:rFonts w:ascii="Times New Roman" w:eastAsia="宋体" w:hAnsi="Times New Roman" w:cs="Times New Roman"/>
                <w:sz w:val="17"/>
                <w:lang w:eastAsia="zh-CN"/>
              </w:rPr>
              <w:t>（如果是联排磁力架</w:t>
            </w:r>
            <w:r w:rsidR="00017F7E" w:rsidRPr="00017F7E">
              <w:rPr>
                <w:rFonts w:ascii="Times New Roman" w:eastAsia="宋体" w:hAnsi="Times New Roman" w:cs="Times New Roman"/>
                <w:sz w:val="17"/>
                <w:lang w:eastAsia="zh-CN"/>
              </w:rPr>
              <w:t>7 min</w:t>
            </w:r>
            <w:r w:rsidR="00017F7E" w:rsidRPr="00017F7E">
              <w:rPr>
                <w:rFonts w:ascii="Times New Roman" w:eastAsia="宋体" w:hAnsi="Times New Roman" w:cs="Times New Roman"/>
                <w:sz w:val="17"/>
                <w:lang w:eastAsia="zh-CN"/>
              </w:rPr>
              <w:t>）</w:t>
            </w:r>
          </w:p>
        </w:tc>
      </w:tr>
      <w:tr w:rsidR="00784A0C" w14:paraId="2B8470AB" w14:textId="77777777">
        <w:trPr>
          <w:jc w:val="center"/>
        </w:trPr>
        <w:tc>
          <w:tcPr>
            <w:tcW w:w="680" w:type="dxa"/>
            <w:vAlign w:val="center"/>
          </w:tcPr>
          <w:p w14:paraId="23DC988F" w14:textId="77777777" w:rsidR="00784A0C" w:rsidRDefault="00000000">
            <w:r>
              <w:rPr>
                <w:sz w:val="17"/>
              </w:rPr>
              <w:t>9</w:t>
            </w:r>
          </w:p>
        </w:tc>
        <w:tc>
          <w:tcPr>
            <w:tcW w:w="5102" w:type="dxa"/>
            <w:vAlign w:val="center"/>
          </w:tcPr>
          <w:p w14:paraId="60D57632" w14:textId="77777777" w:rsidR="00784A0C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将上清液转移至新的离心管中，避免吸到磁珠。</w:t>
            </w:r>
          </w:p>
        </w:tc>
        <w:tc>
          <w:tcPr>
            <w:tcW w:w="2268" w:type="dxa"/>
            <w:vAlign w:val="center"/>
          </w:tcPr>
          <w:p w14:paraId="78244A9B" w14:textId="77777777" w:rsidR="00784A0C" w:rsidRDefault="00000000">
            <w:r>
              <w:rPr>
                <w:sz w:val="17"/>
              </w:rPr>
              <w:t>—</w:t>
            </w:r>
          </w:p>
        </w:tc>
        <w:tc>
          <w:tcPr>
            <w:tcW w:w="2154" w:type="dxa"/>
            <w:vAlign w:val="center"/>
          </w:tcPr>
          <w:p w14:paraId="234F1279" w14:textId="77777777" w:rsidR="00784A0C" w:rsidRDefault="00000000">
            <w:r>
              <w:rPr>
                <w:sz w:val="17"/>
              </w:rPr>
              <w:t>—</w:t>
            </w:r>
          </w:p>
        </w:tc>
      </w:tr>
      <w:tr w:rsidR="00784A0C" w14:paraId="754FEF52" w14:textId="77777777">
        <w:trPr>
          <w:jc w:val="center"/>
        </w:trPr>
        <w:tc>
          <w:tcPr>
            <w:tcW w:w="680" w:type="dxa"/>
            <w:shd w:val="clear" w:color="auto" w:fill="F3F8FC"/>
            <w:vAlign w:val="center"/>
          </w:tcPr>
          <w:p w14:paraId="12E31941" w14:textId="77777777" w:rsidR="00784A0C" w:rsidRDefault="00000000">
            <w:r>
              <w:rPr>
                <w:sz w:val="17"/>
              </w:rPr>
              <w:t>10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2D4C90E1" w14:textId="77777777" w:rsidR="00784A0C" w:rsidRDefault="00000000">
            <w:r>
              <w:rPr>
                <w:sz w:val="17"/>
              </w:rPr>
              <w:t>第二次磁吸。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6D5EDF67" w14:textId="6C40B8AA" w:rsidR="00784A0C" w:rsidRDefault="00000000">
            <w:r>
              <w:rPr>
                <w:sz w:val="17"/>
              </w:rPr>
              <w:t>磁力架</w:t>
            </w:r>
            <w:r w:rsidR="000944BC">
              <w:rPr>
                <w:rFonts w:ascii="宋体" w:eastAsia="宋体" w:hAnsi="宋体" w:cs="宋体" w:hint="eastAsia"/>
                <w:sz w:val="17"/>
                <w:lang w:eastAsia="zh-CN"/>
              </w:rPr>
              <w:t>（常温）</w:t>
            </w:r>
          </w:p>
        </w:tc>
        <w:tc>
          <w:tcPr>
            <w:tcW w:w="2154" w:type="dxa"/>
            <w:shd w:val="clear" w:color="auto" w:fill="F3F8FC"/>
            <w:vAlign w:val="center"/>
          </w:tcPr>
          <w:p w14:paraId="6BAD6030" w14:textId="77777777" w:rsidR="00784A0C" w:rsidRDefault="00000000">
            <w:r>
              <w:rPr>
                <w:sz w:val="17"/>
              </w:rPr>
              <w:t>2 min</w:t>
            </w:r>
          </w:p>
        </w:tc>
      </w:tr>
      <w:tr w:rsidR="00784A0C" w14:paraId="69E22E54" w14:textId="77777777">
        <w:trPr>
          <w:jc w:val="center"/>
        </w:trPr>
        <w:tc>
          <w:tcPr>
            <w:tcW w:w="680" w:type="dxa"/>
            <w:vAlign w:val="center"/>
          </w:tcPr>
          <w:p w14:paraId="169D0D8F" w14:textId="77777777" w:rsidR="00784A0C" w:rsidRDefault="00000000">
            <w:r>
              <w:rPr>
                <w:sz w:val="17"/>
              </w:rPr>
              <w:t>11</w:t>
            </w:r>
          </w:p>
        </w:tc>
        <w:tc>
          <w:tcPr>
            <w:tcW w:w="5102" w:type="dxa"/>
            <w:vAlign w:val="center"/>
          </w:tcPr>
          <w:p w14:paraId="221DE8AA" w14:textId="77777777" w:rsidR="00784A0C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收集上清液，上清即为富集后的</w:t>
            </w:r>
            <w:r>
              <w:rPr>
                <w:sz w:val="17"/>
                <w:lang w:eastAsia="zh-CN"/>
              </w:rPr>
              <w:t xml:space="preserve"> CD4⁺ T </w:t>
            </w:r>
            <w:r>
              <w:rPr>
                <w:sz w:val="17"/>
                <w:lang w:eastAsia="zh-CN"/>
              </w:rPr>
              <w:t>细胞。</w:t>
            </w:r>
          </w:p>
        </w:tc>
        <w:tc>
          <w:tcPr>
            <w:tcW w:w="2268" w:type="dxa"/>
            <w:vAlign w:val="center"/>
          </w:tcPr>
          <w:p w14:paraId="707380B2" w14:textId="77777777" w:rsidR="00784A0C" w:rsidRDefault="00000000">
            <w:r>
              <w:rPr>
                <w:sz w:val="17"/>
              </w:rPr>
              <w:t>—</w:t>
            </w:r>
          </w:p>
        </w:tc>
        <w:tc>
          <w:tcPr>
            <w:tcW w:w="2154" w:type="dxa"/>
            <w:vAlign w:val="center"/>
          </w:tcPr>
          <w:p w14:paraId="1A1D1CAF" w14:textId="77777777" w:rsidR="00784A0C" w:rsidRDefault="00000000">
            <w:r>
              <w:rPr>
                <w:sz w:val="17"/>
              </w:rPr>
              <w:t>取上清</w:t>
            </w:r>
          </w:p>
        </w:tc>
      </w:tr>
    </w:tbl>
    <w:p w14:paraId="260D4542" w14:textId="77777777" w:rsidR="00B95F36" w:rsidRDefault="00B95F36">
      <w:pPr>
        <w:pStyle w:val="1"/>
        <w:spacing w:before="120" w:after="60"/>
        <w:rPr>
          <w:rFonts w:ascii="Arial" w:eastAsia="Noto Sans CJK SC" w:hAnsi="Arial"/>
          <w:color w:val="1F4E79"/>
          <w:sz w:val="24"/>
        </w:rPr>
      </w:pPr>
    </w:p>
    <w:p w14:paraId="251834AB" w14:textId="055196A7" w:rsidR="00784A0C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6. </w:t>
      </w:r>
      <w:r>
        <w:rPr>
          <w:rFonts w:ascii="Arial" w:eastAsia="Noto Sans CJK SC" w:hAnsi="Arial"/>
          <w:color w:val="1F4E79"/>
          <w:sz w:val="24"/>
        </w:rPr>
        <w:t>标准反应体系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2835"/>
        <w:gridCol w:w="2268"/>
        <w:gridCol w:w="5102"/>
      </w:tblGrid>
      <w:tr w:rsidR="00784A0C" w14:paraId="135AEB8C" w14:textId="77777777">
        <w:trPr>
          <w:tblHeader/>
          <w:jc w:val="center"/>
        </w:trPr>
        <w:tc>
          <w:tcPr>
            <w:tcW w:w="2835" w:type="dxa"/>
            <w:shd w:val="clear" w:color="auto" w:fill="1F4E79"/>
            <w:vAlign w:val="center"/>
          </w:tcPr>
          <w:p w14:paraId="2CA94A08" w14:textId="77777777" w:rsidR="00784A0C" w:rsidRDefault="00000000">
            <w:pPr>
              <w:jc w:val="center"/>
            </w:pPr>
            <w:r>
              <w:rPr>
                <w:b/>
                <w:color w:val="FFFFFF"/>
              </w:rPr>
              <w:t>组分</w:t>
            </w:r>
          </w:p>
        </w:tc>
        <w:tc>
          <w:tcPr>
            <w:tcW w:w="2268" w:type="dxa"/>
            <w:shd w:val="clear" w:color="auto" w:fill="1F4E79"/>
            <w:vAlign w:val="center"/>
          </w:tcPr>
          <w:p w14:paraId="7589DA70" w14:textId="77777777" w:rsidR="00784A0C" w:rsidRDefault="00000000">
            <w:pPr>
              <w:jc w:val="center"/>
            </w:pPr>
            <w:r>
              <w:rPr>
                <w:b/>
                <w:color w:val="FFFFFF"/>
              </w:rPr>
              <w:t>标准用量</w:t>
            </w:r>
          </w:p>
        </w:tc>
        <w:tc>
          <w:tcPr>
            <w:tcW w:w="5102" w:type="dxa"/>
            <w:shd w:val="clear" w:color="auto" w:fill="1F4E79"/>
            <w:vAlign w:val="center"/>
          </w:tcPr>
          <w:p w14:paraId="448DEA1B" w14:textId="77777777" w:rsidR="00784A0C" w:rsidRDefault="00000000">
            <w:pPr>
              <w:jc w:val="center"/>
            </w:pPr>
            <w:r>
              <w:rPr>
                <w:b/>
                <w:color w:val="FFFFFF"/>
              </w:rPr>
              <w:t>备注</w:t>
            </w:r>
          </w:p>
        </w:tc>
      </w:tr>
      <w:tr w:rsidR="00784A0C" w14:paraId="312AF669" w14:textId="77777777">
        <w:trPr>
          <w:jc w:val="center"/>
        </w:trPr>
        <w:tc>
          <w:tcPr>
            <w:tcW w:w="2835" w:type="dxa"/>
            <w:vAlign w:val="center"/>
          </w:tcPr>
          <w:p w14:paraId="220B1641" w14:textId="77777777" w:rsidR="00784A0C" w:rsidRDefault="00000000">
            <w:r>
              <w:t>细胞悬液</w:t>
            </w:r>
          </w:p>
        </w:tc>
        <w:tc>
          <w:tcPr>
            <w:tcW w:w="2268" w:type="dxa"/>
            <w:vAlign w:val="center"/>
          </w:tcPr>
          <w:p w14:paraId="1E617E87" w14:textId="77777777" w:rsidR="00784A0C" w:rsidRDefault="00000000">
            <w:r>
              <w:t>40 µL</w:t>
            </w:r>
          </w:p>
        </w:tc>
        <w:tc>
          <w:tcPr>
            <w:tcW w:w="5102" w:type="dxa"/>
            <w:vAlign w:val="center"/>
          </w:tcPr>
          <w:p w14:paraId="1D3FBC63" w14:textId="77777777" w:rsidR="00784A0C" w:rsidRDefault="00000000">
            <w:r>
              <w:t>含</w:t>
            </w:r>
            <w:r>
              <w:t xml:space="preserve"> 1 × 10⁷ cells</w:t>
            </w:r>
          </w:p>
        </w:tc>
      </w:tr>
      <w:tr w:rsidR="00784A0C" w14:paraId="633F314F" w14:textId="77777777">
        <w:trPr>
          <w:jc w:val="center"/>
        </w:trPr>
        <w:tc>
          <w:tcPr>
            <w:tcW w:w="2835" w:type="dxa"/>
            <w:shd w:val="clear" w:color="auto" w:fill="F3F8FC"/>
            <w:vAlign w:val="center"/>
          </w:tcPr>
          <w:p w14:paraId="583BE8D1" w14:textId="77777777" w:rsidR="00784A0C" w:rsidRDefault="00000000">
            <w:r>
              <w:t>生物素</w:t>
            </w:r>
            <w:r>
              <w:t xml:space="preserve"> Cocktail </w:t>
            </w:r>
            <w:r>
              <w:t>抗体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0D5F8F7E" w14:textId="77777777" w:rsidR="00784A0C" w:rsidRDefault="00000000">
            <w:r>
              <w:t>10 µL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26108807" w14:textId="77777777" w:rsidR="00784A0C" w:rsidRDefault="00000000">
            <w:r>
              <w:t>按细胞数等比例增加</w:t>
            </w:r>
          </w:p>
        </w:tc>
      </w:tr>
      <w:tr w:rsidR="00784A0C" w14:paraId="41064F89" w14:textId="77777777">
        <w:trPr>
          <w:jc w:val="center"/>
        </w:trPr>
        <w:tc>
          <w:tcPr>
            <w:tcW w:w="2835" w:type="dxa"/>
            <w:vAlign w:val="center"/>
          </w:tcPr>
          <w:p w14:paraId="0A538975" w14:textId="77777777" w:rsidR="00784A0C" w:rsidRDefault="00000000">
            <w:r>
              <w:t>分选</w:t>
            </w:r>
            <w:r>
              <w:t xml:space="preserve"> Buffer I</w:t>
            </w:r>
          </w:p>
        </w:tc>
        <w:tc>
          <w:tcPr>
            <w:tcW w:w="2268" w:type="dxa"/>
            <w:vAlign w:val="center"/>
          </w:tcPr>
          <w:p w14:paraId="41CCF43E" w14:textId="77777777" w:rsidR="00784A0C" w:rsidRDefault="00000000">
            <w:r>
              <w:t>60 µL</w:t>
            </w:r>
          </w:p>
        </w:tc>
        <w:tc>
          <w:tcPr>
            <w:tcW w:w="5102" w:type="dxa"/>
            <w:vAlign w:val="center"/>
          </w:tcPr>
          <w:p w14:paraId="6EC2C4D7" w14:textId="77777777" w:rsidR="00784A0C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抗体孵育后加入；按细胞数等比例增加</w:t>
            </w:r>
          </w:p>
        </w:tc>
      </w:tr>
      <w:tr w:rsidR="00784A0C" w14:paraId="778FC6B3" w14:textId="77777777">
        <w:trPr>
          <w:jc w:val="center"/>
        </w:trPr>
        <w:tc>
          <w:tcPr>
            <w:tcW w:w="2835" w:type="dxa"/>
            <w:shd w:val="clear" w:color="auto" w:fill="F3F8FC"/>
            <w:vAlign w:val="center"/>
          </w:tcPr>
          <w:p w14:paraId="2A26161C" w14:textId="77777777" w:rsidR="00784A0C" w:rsidRDefault="00000000">
            <w:r>
              <w:t xml:space="preserve">SA </w:t>
            </w:r>
            <w:r>
              <w:t>磁珠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122AF3C3" w14:textId="77777777" w:rsidR="00784A0C" w:rsidRDefault="00000000">
            <w:r>
              <w:t>10 µL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14D62D2D" w14:textId="77777777" w:rsidR="00784A0C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按细胞数等比例增加；使用前充分重悬</w:t>
            </w:r>
          </w:p>
        </w:tc>
      </w:tr>
      <w:tr w:rsidR="00784A0C" w14:paraId="24EBEE8F" w14:textId="77777777">
        <w:trPr>
          <w:jc w:val="center"/>
        </w:trPr>
        <w:tc>
          <w:tcPr>
            <w:tcW w:w="2835" w:type="dxa"/>
            <w:vAlign w:val="center"/>
          </w:tcPr>
          <w:p w14:paraId="61C6B96F" w14:textId="77777777" w:rsidR="00784A0C" w:rsidRDefault="00000000">
            <w:r>
              <w:t>分选</w:t>
            </w:r>
            <w:r>
              <w:t xml:space="preserve"> Buffer II</w:t>
            </w:r>
          </w:p>
        </w:tc>
        <w:tc>
          <w:tcPr>
            <w:tcW w:w="2268" w:type="dxa"/>
            <w:vAlign w:val="center"/>
          </w:tcPr>
          <w:p w14:paraId="1FC4D3A2" w14:textId="77777777" w:rsidR="00784A0C" w:rsidRDefault="00000000">
            <w:r>
              <w:t>480 µL</w:t>
            </w:r>
          </w:p>
        </w:tc>
        <w:tc>
          <w:tcPr>
            <w:tcW w:w="5102" w:type="dxa"/>
            <w:vAlign w:val="center"/>
          </w:tcPr>
          <w:p w14:paraId="5CF7AE70" w14:textId="77777777" w:rsidR="00784A0C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磁珠孵育后、磁吸前加入；按细胞数等比例增加</w:t>
            </w:r>
          </w:p>
        </w:tc>
      </w:tr>
      <w:tr w:rsidR="00784A0C" w14:paraId="4215BC66" w14:textId="77777777">
        <w:trPr>
          <w:jc w:val="center"/>
        </w:trPr>
        <w:tc>
          <w:tcPr>
            <w:tcW w:w="2835" w:type="dxa"/>
            <w:shd w:val="clear" w:color="auto" w:fill="F3F8FC"/>
            <w:vAlign w:val="center"/>
          </w:tcPr>
          <w:p w14:paraId="0A2B9EB2" w14:textId="77777777" w:rsidR="00784A0C" w:rsidRDefault="00000000">
            <w:r>
              <w:t>磁吸前总体积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4673D5BA" w14:textId="77777777" w:rsidR="00784A0C" w:rsidRDefault="00000000">
            <w:r>
              <w:t>600 µL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64DB09D9" w14:textId="77777777" w:rsidR="00784A0C" w:rsidRDefault="00000000">
            <w:r>
              <w:t>加入</w:t>
            </w:r>
            <w:r>
              <w:t xml:space="preserve"> Buffer II </w:t>
            </w:r>
            <w:r>
              <w:t>后进入磁吸步骤</w:t>
            </w:r>
          </w:p>
        </w:tc>
      </w:tr>
    </w:tbl>
    <w:p w14:paraId="56E9647A" w14:textId="77777777" w:rsidR="00784A0C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7. </w:t>
      </w:r>
      <w:r>
        <w:rPr>
          <w:rFonts w:ascii="Arial" w:eastAsia="Noto Sans CJK SC" w:hAnsi="Arial"/>
          <w:color w:val="1F4E79"/>
          <w:sz w:val="24"/>
        </w:rPr>
        <w:t>用量调整原则</w:t>
      </w:r>
    </w:p>
    <w:p w14:paraId="52C08AD7" w14:textId="77777777" w:rsidR="00784A0C" w:rsidRDefault="00000000">
      <w:pPr>
        <w:spacing w:after="80"/>
        <w:rPr>
          <w:lang w:eastAsia="zh-CN"/>
        </w:rPr>
      </w:pPr>
      <w:r>
        <w:rPr>
          <w:lang w:eastAsia="zh-CN"/>
        </w:rPr>
        <w:t>以</w:t>
      </w:r>
      <w:r>
        <w:rPr>
          <w:lang w:eastAsia="zh-CN"/>
        </w:rPr>
        <w:t xml:space="preserve"> 1 × 10⁷ </w:t>
      </w:r>
      <w:r>
        <w:rPr>
          <w:lang w:eastAsia="zh-CN"/>
        </w:rPr>
        <w:t>个细胞为</w:t>
      </w:r>
      <w:r>
        <w:rPr>
          <w:lang w:eastAsia="zh-CN"/>
        </w:rPr>
        <w:t xml:space="preserve"> 1 </w:t>
      </w:r>
      <w:r>
        <w:rPr>
          <w:lang w:eastAsia="zh-CN"/>
        </w:rPr>
        <w:t>个标准反应单位。更多细胞时，细胞悬液体积、</w:t>
      </w:r>
      <w:r>
        <w:rPr>
          <w:lang w:eastAsia="zh-CN"/>
        </w:rPr>
        <w:t xml:space="preserve">Cocktail </w:t>
      </w:r>
      <w:r>
        <w:rPr>
          <w:lang w:eastAsia="zh-CN"/>
        </w:rPr>
        <w:t>抗体、</w:t>
      </w:r>
      <w:r>
        <w:rPr>
          <w:lang w:eastAsia="zh-CN"/>
        </w:rPr>
        <w:t xml:space="preserve">SA </w:t>
      </w:r>
      <w:r>
        <w:rPr>
          <w:lang w:eastAsia="zh-CN"/>
        </w:rPr>
        <w:t>磁珠、分选</w:t>
      </w:r>
      <w:r>
        <w:rPr>
          <w:lang w:eastAsia="zh-CN"/>
        </w:rPr>
        <w:t xml:space="preserve"> Buffer I </w:t>
      </w:r>
      <w:r>
        <w:rPr>
          <w:lang w:eastAsia="zh-CN"/>
        </w:rPr>
        <w:t>和分选</w:t>
      </w:r>
      <w:r>
        <w:rPr>
          <w:lang w:eastAsia="zh-CN"/>
        </w:rPr>
        <w:t xml:space="preserve"> Buffer II </w:t>
      </w:r>
      <w:r>
        <w:rPr>
          <w:lang w:eastAsia="zh-CN"/>
        </w:rPr>
        <w:t>均按比例同步增加。</w:t>
      </w:r>
    </w:p>
    <w:p w14:paraId="3F9B30DF" w14:textId="77777777" w:rsidR="00784A0C" w:rsidRDefault="00000000">
      <w:pPr>
        <w:spacing w:after="80"/>
        <w:rPr>
          <w:lang w:eastAsia="zh-CN"/>
        </w:rPr>
      </w:pPr>
      <w:r>
        <w:rPr>
          <w:lang w:eastAsia="zh-CN"/>
        </w:rPr>
        <w:t>计算方式：放大倍数</w:t>
      </w:r>
      <w:r>
        <w:rPr>
          <w:lang w:eastAsia="zh-CN"/>
        </w:rPr>
        <w:t xml:space="preserve"> n = </w:t>
      </w:r>
      <w:r>
        <w:rPr>
          <w:lang w:eastAsia="zh-CN"/>
        </w:rPr>
        <w:t>起始细胞数</w:t>
      </w:r>
      <w:r>
        <w:rPr>
          <w:lang w:eastAsia="zh-CN"/>
        </w:rPr>
        <w:t xml:space="preserve"> ÷ 1 × 10⁷</w:t>
      </w:r>
      <w:r>
        <w:rPr>
          <w:lang w:eastAsia="zh-CN"/>
        </w:rPr>
        <w:t>。各组分用量</w:t>
      </w:r>
      <w:r>
        <w:rPr>
          <w:lang w:eastAsia="zh-CN"/>
        </w:rPr>
        <w:t xml:space="preserve"> = </w:t>
      </w:r>
      <w:r>
        <w:rPr>
          <w:lang w:eastAsia="zh-CN"/>
        </w:rPr>
        <w:t>标准用量</w:t>
      </w:r>
      <w:r>
        <w:rPr>
          <w:lang w:eastAsia="zh-CN"/>
        </w:rPr>
        <w:t xml:space="preserve"> × n</w:t>
      </w:r>
      <w:r>
        <w:rPr>
          <w:lang w:eastAsia="zh-CN"/>
        </w:rPr>
        <w:t>。</w:t>
      </w:r>
    </w:p>
    <w:p w14:paraId="3FAEC1E3" w14:textId="77777777" w:rsidR="00784A0C" w:rsidRDefault="00000000">
      <w:pPr>
        <w:spacing w:after="80"/>
      </w:pPr>
      <w:r>
        <w:t>示例：如果起始细胞为</w:t>
      </w:r>
      <w:r>
        <w:t xml:space="preserve"> 5 × 10⁷ </w:t>
      </w:r>
      <w:r>
        <w:t>个，则使用</w:t>
      </w:r>
      <w:r>
        <w:t xml:space="preserve"> 200 µL </w:t>
      </w:r>
      <w:r>
        <w:t>细胞悬液、</w:t>
      </w:r>
      <w:r>
        <w:t xml:space="preserve">50 µL Cocktail </w:t>
      </w:r>
      <w:r>
        <w:t>抗体、</w:t>
      </w:r>
      <w:r>
        <w:t>300 µL Buffer I</w:t>
      </w:r>
      <w:r>
        <w:t>、</w:t>
      </w:r>
      <w:r>
        <w:t xml:space="preserve">50 µL SA </w:t>
      </w:r>
      <w:r>
        <w:t>磁珠、</w:t>
      </w:r>
      <w:r>
        <w:t>2.4 mL Buffer II</w:t>
      </w:r>
      <w:r>
        <w:t>。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247"/>
        <w:gridCol w:w="1247"/>
        <w:gridCol w:w="1304"/>
        <w:gridCol w:w="1531"/>
      </w:tblGrid>
      <w:tr w:rsidR="00784A0C" w14:paraId="45B25116" w14:textId="77777777">
        <w:trPr>
          <w:tblHeader/>
          <w:jc w:val="center"/>
        </w:trPr>
        <w:tc>
          <w:tcPr>
            <w:tcW w:w="1361" w:type="dxa"/>
            <w:shd w:val="clear" w:color="auto" w:fill="1F4E79"/>
            <w:vAlign w:val="center"/>
          </w:tcPr>
          <w:p w14:paraId="2E510A5E" w14:textId="77777777" w:rsidR="00784A0C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起始细胞数</w:t>
            </w:r>
          </w:p>
        </w:tc>
        <w:tc>
          <w:tcPr>
            <w:tcW w:w="1361" w:type="dxa"/>
            <w:shd w:val="clear" w:color="auto" w:fill="1F4E79"/>
            <w:vAlign w:val="center"/>
          </w:tcPr>
          <w:p w14:paraId="76077703" w14:textId="77777777" w:rsidR="00784A0C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细胞悬液体积</w:t>
            </w:r>
          </w:p>
        </w:tc>
        <w:tc>
          <w:tcPr>
            <w:tcW w:w="1361" w:type="dxa"/>
            <w:shd w:val="clear" w:color="auto" w:fill="1F4E79"/>
            <w:vAlign w:val="center"/>
          </w:tcPr>
          <w:p w14:paraId="176D9724" w14:textId="77777777" w:rsidR="00784A0C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 xml:space="preserve">Cocktail </w:t>
            </w:r>
            <w:r>
              <w:rPr>
                <w:b/>
                <w:color w:val="FFFFFF"/>
                <w:sz w:val="16"/>
              </w:rPr>
              <w:t>抗体</w:t>
            </w:r>
          </w:p>
        </w:tc>
        <w:tc>
          <w:tcPr>
            <w:tcW w:w="1247" w:type="dxa"/>
            <w:shd w:val="clear" w:color="auto" w:fill="1F4E79"/>
            <w:vAlign w:val="center"/>
          </w:tcPr>
          <w:p w14:paraId="624C0D07" w14:textId="77777777" w:rsidR="00784A0C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Buffer I</w:t>
            </w:r>
          </w:p>
        </w:tc>
        <w:tc>
          <w:tcPr>
            <w:tcW w:w="1247" w:type="dxa"/>
            <w:shd w:val="clear" w:color="auto" w:fill="1F4E79"/>
            <w:vAlign w:val="center"/>
          </w:tcPr>
          <w:p w14:paraId="1A9CB44A" w14:textId="77777777" w:rsidR="00784A0C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 xml:space="preserve">SA </w:t>
            </w:r>
            <w:r>
              <w:rPr>
                <w:b/>
                <w:color w:val="FFFFFF"/>
                <w:sz w:val="16"/>
              </w:rPr>
              <w:t>磁珠</w:t>
            </w:r>
          </w:p>
        </w:tc>
        <w:tc>
          <w:tcPr>
            <w:tcW w:w="1304" w:type="dxa"/>
            <w:shd w:val="clear" w:color="auto" w:fill="1F4E79"/>
            <w:vAlign w:val="center"/>
          </w:tcPr>
          <w:p w14:paraId="08BD4032" w14:textId="77777777" w:rsidR="00784A0C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Buffer II</w:t>
            </w:r>
          </w:p>
        </w:tc>
        <w:tc>
          <w:tcPr>
            <w:tcW w:w="1531" w:type="dxa"/>
            <w:shd w:val="clear" w:color="auto" w:fill="1F4E79"/>
            <w:vAlign w:val="center"/>
          </w:tcPr>
          <w:p w14:paraId="5F547250" w14:textId="77777777" w:rsidR="00784A0C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磁吸前总体积</w:t>
            </w:r>
          </w:p>
        </w:tc>
      </w:tr>
      <w:tr w:rsidR="00784A0C" w14:paraId="41996208" w14:textId="77777777">
        <w:trPr>
          <w:jc w:val="center"/>
        </w:trPr>
        <w:tc>
          <w:tcPr>
            <w:tcW w:w="1361" w:type="dxa"/>
            <w:vAlign w:val="center"/>
          </w:tcPr>
          <w:p w14:paraId="64DD93A7" w14:textId="77777777" w:rsidR="00784A0C" w:rsidRDefault="00000000">
            <w:r>
              <w:rPr>
                <w:sz w:val="16"/>
              </w:rPr>
              <w:t>1 × 10⁷</w:t>
            </w:r>
          </w:p>
        </w:tc>
        <w:tc>
          <w:tcPr>
            <w:tcW w:w="1361" w:type="dxa"/>
            <w:vAlign w:val="center"/>
          </w:tcPr>
          <w:p w14:paraId="237665A1" w14:textId="77777777" w:rsidR="00784A0C" w:rsidRDefault="00000000">
            <w:r>
              <w:rPr>
                <w:sz w:val="16"/>
              </w:rPr>
              <w:t>40 µL</w:t>
            </w:r>
          </w:p>
        </w:tc>
        <w:tc>
          <w:tcPr>
            <w:tcW w:w="1361" w:type="dxa"/>
            <w:vAlign w:val="center"/>
          </w:tcPr>
          <w:p w14:paraId="1025A3EA" w14:textId="77777777" w:rsidR="00784A0C" w:rsidRDefault="00000000">
            <w:r>
              <w:rPr>
                <w:sz w:val="16"/>
              </w:rPr>
              <w:t>10 µL</w:t>
            </w:r>
          </w:p>
        </w:tc>
        <w:tc>
          <w:tcPr>
            <w:tcW w:w="1247" w:type="dxa"/>
            <w:vAlign w:val="center"/>
          </w:tcPr>
          <w:p w14:paraId="0F0DF3FE" w14:textId="77777777" w:rsidR="00784A0C" w:rsidRDefault="00000000">
            <w:r>
              <w:rPr>
                <w:sz w:val="16"/>
              </w:rPr>
              <w:t>60 µL</w:t>
            </w:r>
          </w:p>
        </w:tc>
        <w:tc>
          <w:tcPr>
            <w:tcW w:w="1247" w:type="dxa"/>
            <w:vAlign w:val="center"/>
          </w:tcPr>
          <w:p w14:paraId="255622A7" w14:textId="77777777" w:rsidR="00784A0C" w:rsidRDefault="00000000">
            <w:r>
              <w:rPr>
                <w:sz w:val="16"/>
              </w:rPr>
              <w:t>10 µL</w:t>
            </w:r>
          </w:p>
        </w:tc>
        <w:tc>
          <w:tcPr>
            <w:tcW w:w="1304" w:type="dxa"/>
            <w:vAlign w:val="center"/>
          </w:tcPr>
          <w:p w14:paraId="747C302A" w14:textId="77777777" w:rsidR="00784A0C" w:rsidRDefault="00000000">
            <w:r>
              <w:rPr>
                <w:sz w:val="16"/>
              </w:rPr>
              <w:t>480 µL</w:t>
            </w:r>
          </w:p>
        </w:tc>
        <w:tc>
          <w:tcPr>
            <w:tcW w:w="1531" w:type="dxa"/>
            <w:vAlign w:val="center"/>
          </w:tcPr>
          <w:p w14:paraId="5B50B0BE" w14:textId="77777777" w:rsidR="00784A0C" w:rsidRDefault="00000000">
            <w:r>
              <w:rPr>
                <w:sz w:val="16"/>
              </w:rPr>
              <w:t>600 µL</w:t>
            </w:r>
          </w:p>
        </w:tc>
      </w:tr>
      <w:tr w:rsidR="00784A0C" w14:paraId="18A2B550" w14:textId="77777777">
        <w:trPr>
          <w:jc w:val="center"/>
        </w:trPr>
        <w:tc>
          <w:tcPr>
            <w:tcW w:w="1361" w:type="dxa"/>
            <w:shd w:val="clear" w:color="auto" w:fill="F3F8FC"/>
            <w:vAlign w:val="center"/>
          </w:tcPr>
          <w:p w14:paraId="3452B429" w14:textId="77777777" w:rsidR="00784A0C" w:rsidRDefault="00000000">
            <w:r>
              <w:rPr>
                <w:sz w:val="16"/>
              </w:rPr>
              <w:t>2 × 10⁷</w:t>
            </w:r>
          </w:p>
        </w:tc>
        <w:tc>
          <w:tcPr>
            <w:tcW w:w="1361" w:type="dxa"/>
            <w:shd w:val="clear" w:color="auto" w:fill="F3F8FC"/>
            <w:vAlign w:val="center"/>
          </w:tcPr>
          <w:p w14:paraId="63D647E8" w14:textId="77777777" w:rsidR="00784A0C" w:rsidRDefault="00000000">
            <w:r>
              <w:rPr>
                <w:sz w:val="16"/>
              </w:rPr>
              <w:t>80 µL</w:t>
            </w:r>
          </w:p>
        </w:tc>
        <w:tc>
          <w:tcPr>
            <w:tcW w:w="1361" w:type="dxa"/>
            <w:shd w:val="clear" w:color="auto" w:fill="F3F8FC"/>
            <w:vAlign w:val="center"/>
          </w:tcPr>
          <w:p w14:paraId="2E918645" w14:textId="77777777" w:rsidR="00784A0C" w:rsidRDefault="00000000">
            <w:r>
              <w:rPr>
                <w:sz w:val="16"/>
              </w:rPr>
              <w:t>20 µL</w:t>
            </w:r>
          </w:p>
        </w:tc>
        <w:tc>
          <w:tcPr>
            <w:tcW w:w="1247" w:type="dxa"/>
            <w:shd w:val="clear" w:color="auto" w:fill="F3F8FC"/>
            <w:vAlign w:val="center"/>
          </w:tcPr>
          <w:p w14:paraId="1FD8C9A1" w14:textId="77777777" w:rsidR="00784A0C" w:rsidRDefault="00000000">
            <w:r>
              <w:rPr>
                <w:sz w:val="16"/>
              </w:rPr>
              <w:t>120 µL</w:t>
            </w:r>
          </w:p>
        </w:tc>
        <w:tc>
          <w:tcPr>
            <w:tcW w:w="1247" w:type="dxa"/>
            <w:shd w:val="clear" w:color="auto" w:fill="F3F8FC"/>
            <w:vAlign w:val="center"/>
          </w:tcPr>
          <w:p w14:paraId="5ABBE0AE" w14:textId="77777777" w:rsidR="00784A0C" w:rsidRDefault="00000000">
            <w:r>
              <w:rPr>
                <w:sz w:val="16"/>
              </w:rPr>
              <w:t>20 µL</w:t>
            </w:r>
          </w:p>
        </w:tc>
        <w:tc>
          <w:tcPr>
            <w:tcW w:w="1304" w:type="dxa"/>
            <w:shd w:val="clear" w:color="auto" w:fill="F3F8FC"/>
            <w:vAlign w:val="center"/>
          </w:tcPr>
          <w:p w14:paraId="74A76014" w14:textId="77777777" w:rsidR="00784A0C" w:rsidRDefault="00000000">
            <w:r>
              <w:rPr>
                <w:sz w:val="16"/>
              </w:rPr>
              <w:t>960 µL</w:t>
            </w:r>
          </w:p>
        </w:tc>
        <w:tc>
          <w:tcPr>
            <w:tcW w:w="1531" w:type="dxa"/>
            <w:shd w:val="clear" w:color="auto" w:fill="F3F8FC"/>
            <w:vAlign w:val="center"/>
          </w:tcPr>
          <w:p w14:paraId="541DDC8B" w14:textId="77777777" w:rsidR="00784A0C" w:rsidRDefault="00000000">
            <w:r>
              <w:rPr>
                <w:sz w:val="16"/>
              </w:rPr>
              <w:t>1.2 mL</w:t>
            </w:r>
          </w:p>
        </w:tc>
      </w:tr>
      <w:tr w:rsidR="00784A0C" w14:paraId="74C8C7E9" w14:textId="77777777">
        <w:trPr>
          <w:jc w:val="center"/>
        </w:trPr>
        <w:tc>
          <w:tcPr>
            <w:tcW w:w="1361" w:type="dxa"/>
            <w:vAlign w:val="center"/>
          </w:tcPr>
          <w:p w14:paraId="3512785C" w14:textId="77777777" w:rsidR="00784A0C" w:rsidRDefault="00000000">
            <w:r>
              <w:rPr>
                <w:sz w:val="16"/>
              </w:rPr>
              <w:t>5 × 10⁷</w:t>
            </w:r>
          </w:p>
        </w:tc>
        <w:tc>
          <w:tcPr>
            <w:tcW w:w="1361" w:type="dxa"/>
            <w:vAlign w:val="center"/>
          </w:tcPr>
          <w:p w14:paraId="20A0210A" w14:textId="77777777" w:rsidR="00784A0C" w:rsidRDefault="00000000">
            <w:r>
              <w:rPr>
                <w:sz w:val="16"/>
              </w:rPr>
              <w:t>200 µL</w:t>
            </w:r>
          </w:p>
        </w:tc>
        <w:tc>
          <w:tcPr>
            <w:tcW w:w="1361" w:type="dxa"/>
            <w:vAlign w:val="center"/>
          </w:tcPr>
          <w:p w14:paraId="3A203847" w14:textId="77777777" w:rsidR="00784A0C" w:rsidRDefault="00000000">
            <w:r>
              <w:rPr>
                <w:sz w:val="16"/>
              </w:rPr>
              <w:t>50 µL</w:t>
            </w:r>
          </w:p>
        </w:tc>
        <w:tc>
          <w:tcPr>
            <w:tcW w:w="1247" w:type="dxa"/>
            <w:vAlign w:val="center"/>
          </w:tcPr>
          <w:p w14:paraId="011BC5C0" w14:textId="77777777" w:rsidR="00784A0C" w:rsidRDefault="00000000">
            <w:r>
              <w:rPr>
                <w:sz w:val="16"/>
              </w:rPr>
              <w:t>300 µL</w:t>
            </w:r>
          </w:p>
        </w:tc>
        <w:tc>
          <w:tcPr>
            <w:tcW w:w="1247" w:type="dxa"/>
            <w:vAlign w:val="center"/>
          </w:tcPr>
          <w:p w14:paraId="217E14F1" w14:textId="77777777" w:rsidR="00784A0C" w:rsidRDefault="00000000">
            <w:r>
              <w:rPr>
                <w:sz w:val="16"/>
              </w:rPr>
              <w:t>50 µL</w:t>
            </w:r>
          </w:p>
        </w:tc>
        <w:tc>
          <w:tcPr>
            <w:tcW w:w="1304" w:type="dxa"/>
            <w:vAlign w:val="center"/>
          </w:tcPr>
          <w:p w14:paraId="7CF6323F" w14:textId="77777777" w:rsidR="00784A0C" w:rsidRDefault="00000000">
            <w:r>
              <w:rPr>
                <w:sz w:val="16"/>
              </w:rPr>
              <w:t>2.4 mL</w:t>
            </w:r>
          </w:p>
        </w:tc>
        <w:tc>
          <w:tcPr>
            <w:tcW w:w="1531" w:type="dxa"/>
            <w:vAlign w:val="center"/>
          </w:tcPr>
          <w:p w14:paraId="0BF29848" w14:textId="77777777" w:rsidR="00784A0C" w:rsidRDefault="00000000">
            <w:r>
              <w:rPr>
                <w:sz w:val="16"/>
              </w:rPr>
              <w:t>3.0 mL</w:t>
            </w:r>
          </w:p>
        </w:tc>
      </w:tr>
      <w:tr w:rsidR="00784A0C" w14:paraId="38D0C4E5" w14:textId="77777777">
        <w:trPr>
          <w:jc w:val="center"/>
        </w:trPr>
        <w:tc>
          <w:tcPr>
            <w:tcW w:w="1361" w:type="dxa"/>
            <w:shd w:val="clear" w:color="auto" w:fill="F3F8FC"/>
            <w:vAlign w:val="center"/>
          </w:tcPr>
          <w:p w14:paraId="55AA39F8" w14:textId="77777777" w:rsidR="00784A0C" w:rsidRDefault="00000000">
            <w:r>
              <w:rPr>
                <w:sz w:val="16"/>
              </w:rPr>
              <w:t>1 × 10⁸</w:t>
            </w:r>
          </w:p>
        </w:tc>
        <w:tc>
          <w:tcPr>
            <w:tcW w:w="1361" w:type="dxa"/>
            <w:shd w:val="clear" w:color="auto" w:fill="F3F8FC"/>
            <w:vAlign w:val="center"/>
          </w:tcPr>
          <w:p w14:paraId="7E7EB08A" w14:textId="77777777" w:rsidR="00784A0C" w:rsidRDefault="00000000">
            <w:r>
              <w:rPr>
                <w:sz w:val="16"/>
              </w:rPr>
              <w:t>400 µL</w:t>
            </w:r>
          </w:p>
        </w:tc>
        <w:tc>
          <w:tcPr>
            <w:tcW w:w="1361" w:type="dxa"/>
            <w:shd w:val="clear" w:color="auto" w:fill="F3F8FC"/>
            <w:vAlign w:val="center"/>
          </w:tcPr>
          <w:p w14:paraId="5D4788FB" w14:textId="77777777" w:rsidR="00784A0C" w:rsidRDefault="00000000">
            <w:r>
              <w:rPr>
                <w:sz w:val="16"/>
              </w:rPr>
              <w:t>100 µL</w:t>
            </w:r>
          </w:p>
        </w:tc>
        <w:tc>
          <w:tcPr>
            <w:tcW w:w="1247" w:type="dxa"/>
            <w:shd w:val="clear" w:color="auto" w:fill="F3F8FC"/>
            <w:vAlign w:val="center"/>
          </w:tcPr>
          <w:p w14:paraId="1C5EDFED" w14:textId="77777777" w:rsidR="00784A0C" w:rsidRDefault="00000000">
            <w:r>
              <w:rPr>
                <w:sz w:val="16"/>
              </w:rPr>
              <w:t>600 µL</w:t>
            </w:r>
          </w:p>
        </w:tc>
        <w:tc>
          <w:tcPr>
            <w:tcW w:w="1247" w:type="dxa"/>
            <w:shd w:val="clear" w:color="auto" w:fill="F3F8FC"/>
            <w:vAlign w:val="center"/>
          </w:tcPr>
          <w:p w14:paraId="7EC1394C" w14:textId="77777777" w:rsidR="00784A0C" w:rsidRDefault="00000000">
            <w:r>
              <w:rPr>
                <w:sz w:val="16"/>
              </w:rPr>
              <w:t>100 µL</w:t>
            </w:r>
          </w:p>
        </w:tc>
        <w:tc>
          <w:tcPr>
            <w:tcW w:w="1304" w:type="dxa"/>
            <w:shd w:val="clear" w:color="auto" w:fill="F3F8FC"/>
            <w:vAlign w:val="center"/>
          </w:tcPr>
          <w:p w14:paraId="55C00D46" w14:textId="77777777" w:rsidR="00784A0C" w:rsidRDefault="00000000">
            <w:r>
              <w:rPr>
                <w:sz w:val="16"/>
              </w:rPr>
              <w:t>4.8 mL</w:t>
            </w:r>
          </w:p>
        </w:tc>
        <w:tc>
          <w:tcPr>
            <w:tcW w:w="1531" w:type="dxa"/>
            <w:shd w:val="clear" w:color="auto" w:fill="F3F8FC"/>
            <w:vAlign w:val="center"/>
          </w:tcPr>
          <w:p w14:paraId="43CA093A" w14:textId="77777777" w:rsidR="00784A0C" w:rsidRDefault="00000000">
            <w:r>
              <w:rPr>
                <w:sz w:val="16"/>
              </w:rPr>
              <w:t>6.0 mL</w:t>
            </w:r>
          </w:p>
        </w:tc>
      </w:tr>
      <w:tr w:rsidR="00784A0C" w14:paraId="67D2C98C" w14:textId="77777777">
        <w:trPr>
          <w:jc w:val="center"/>
        </w:trPr>
        <w:tc>
          <w:tcPr>
            <w:tcW w:w="1361" w:type="dxa"/>
            <w:vAlign w:val="center"/>
          </w:tcPr>
          <w:p w14:paraId="3C1E6254" w14:textId="77777777" w:rsidR="00784A0C" w:rsidRDefault="00000000">
            <w:r>
              <w:rPr>
                <w:sz w:val="16"/>
              </w:rPr>
              <w:t>5 × 10⁸</w:t>
            </w:r>
          </w:p>
        </w:tc>
        <w:tc>
          <w:tcPr>
            <w:tcW w:w="1361" w:type="dxa"/>
            <w:vAlign w:val="center"/>
          </w:tcPr>
          <w:p w14:paraId="74AF01E3" w14:textId="77777777" w:rsidR="00784A0C" w:rsidRDefault="00000000">
            <w:r>
              <w:rPr>
                <w:sz w:val="16"/>
              </w:rPr>
              <w:t>2.0 mL</w:t>
            </w:r>
          </w:p>
        </w:tc>
        <w:tc>
          <w:tcPr>
            <w:tcW w:w="1361" w:type="dxa"/>
            <w:vAlign w:val="center"/>
          </w:tcPr>
          <w:p w14:paraId="78E84557" w14:textId="77777777" w:rsidR="00784A0C" w:rsidRDefault="00000000">
            <w:r>
              <w:rPr>
                <w:sz w:val="16"/>
              </w:rPr>
              <w:t>500 µL</w:t>
            </w:r>
          </w:p>
        </w:tc>
        <w:tc>
          <w:tcPr>
            <w:tcW w:w="1247" w:type="dxa"/>
            <w:vAlign w:val="center"/>
          </w:tcPr>
          <w:p w14:paraId="01B91FC2" w14:textId="77777777" w:rsidR="00784A0C" w:rsidRDefault="00000000">
            <w:r>
              <w:rPr>
                <w:sz w:val="16"/>
              </w:rPr>
              <w:t>3.0 mL</w:t>
            </w:r>
          </w:p>
        </w:tc>
        <w:tc>
          <w:tcPr>
            <w:tcW w:w="1247" w:type="dxa"/>
            <w:vAlign w:val="center"/>
          </w:tcPr>
          <w:p w14:paraId="36040069" w14:textId="77777777" w:rsidR="00784A0C" w:rsidRDefault="00000000">
            <w:r>
              <w:rPr>
                <w:sz w:val="16"/>
              </w:rPr>
              <w:t>500 µL</w:t>
            </w:r>
          </w:p>
        </w:tc>
        <w:tc>
          <w:tcPr>
            <w:tcW w:w="1304" w:type="dxa"/>
            <w:vAlign w:val="center"/>
          </w:tcPr>
          <w:p w14:paraId="5290990F" w14:textId="77777777" w:rsidR="00784A0C" w:rsidRDefault="00000000">
            <w:r>
              <w:rPr>
                <w:sz w:val="16"/>
              </w:rPr>
              <w:t>24 mL</w:t>
            </w:r>
          </w:p>
        </w:tc>
        <w:tc>
          <w:tcPr>
            <w:tcW w:w="1531" w:type="dxa"/>
            <w:vAlign w:val="center"/>
          </w:tcPr>
          <w:p w14:paraId="104CA7EC" w14:textId="77777777" w:rsidR="00784A0C" w:rsidRDefault="00000000">
            <w:r>
              <w:rPr>
                <w:sz w:val="16"/>
              </w:rPr>
              <w:t>30 mL</w:t>
            </w:r>
          </w:p>
        </w:tc>
      </w:tr>
      <w:tr w:rsidR="00784A0C" w14:paraId="6351347E" w14:textId="77777777">
        <w:trPr>
          <w:jc w:val="center"/>
        </w:trPr>
        <w:tc>
          <w:tcPr>
            <w:tcW w:w="1361" w:type="dxa"/>
            <w:shd w:val="clear" w:color="auto" w:fill="F3F8FC"/>
            <w:vAlign w:val="center"/>
          </w:tcPr>
          <w:p w14:paraId="1C8ADE46" w14:textId="77777777" w:rsidR="00784A0C" w:rsidRDefault="00000000">
            <w:r>
              <w:rPr>
                <w:sz w:val="16"/>
              </w:rPr>
              <w:t>1 × 10⁹</w:t>
            </w:r>
          </w:p>
        </w:tc>
        <w:tc>
          <w:tcPr>
            <w:tcW w:w="1361" w:type="dxa"/>
            <w:shd w:val="clear" w:color="auto" w:fill="F3F8FC"/>
            <w:vAlign w:val="center"/>
          </w:tcPr>
          <w:p w14:paraId="167DD1D0" w14:textId="77777777" w:rsidR="00784A0C" w:rsidRDefault="00000000">
            <w:r>
              <w:rPr>
                <w:sz w:val="16"/>
              </w:rPr>
              <w:t>4.0 mL</w:t>
            </w:r>
          </w:p>
        </w:tc>
        <w:tc>
          <w:tcPr>
            <w:tcW w:w="1361" w:type="dxa"/>
            <w:shd w:val="clear" w:color="auto" w:fill="F3F8FC"/>
            <w:vAlign w:val="center"/>
          </w:tcPr>
          <w:p w14:paraId="73E6DCBF" w14:textId="77777777" w:rsidR="00784A0C" w:rsidRDefault="00000000">
            <w:r>
              <w:rPr>
                <w:sz w:val="16"/>
              </w:rPr>
              <w:t>1.0 mL</w:t>
            </w:r>
          </w:p>
        </w:tc>
        <w:tc>
          <w:tcPr>
            <w:tcW w:w="1247" w:type="dxa"/>
            <w:shd w:val="clear" w:color="auto" w:fill="F3F8FC"/>
            <w:vAlign w:val="center"/>
          </w:tcPr>
          <w:p w14:paraId="7AAF7076" w14:textId="77777777" w:rsidR="00784A0C" w:rsidRDefault="00000000">
            <w:r>
              <w:rPr>
                <w:sz w:val="16"/>
              </w:rPr>
              <w:t>6.0 mL</w:t>
            </w:r>
          </w:p>
        </w:tc>
        <w:tc>
          <w:tcPr>
            <w:tcW w:w="1247" w:type="dxa"/>
            <w:shd w:val="clear" w:color="auto" w:fill="F3F8FC"/>
            <w:vAlign w:val="center"/>
          </w:tcPr>
          <w:p w14:paraId="377A606B" w14:textId="77777777" w:rsidR="00784A0C" w:rsidRDefault="00000000">
            <w:r>
              <w:rPr>
                <w:sz w:val="16"/>
              </w:rPr>
              <w:t>1.0 mL</w:t>
            </w:r>
          </w:p>
        </w:tc>
        <w:tc>
          <w:tcPr>
            <w:tcW w:w="1304" w:type="dxa"/>
            <w:shd w:val="clear" w:color="auto" w:fill="F3F8FC"/>
            <w:vAlign w:val="center"/>
          </w:tcPr>
          <w:p w14:paraId="6CD1C4F5" w14:textId="77777777" w:rsidR="00784A0C" w:rsidRDefault="00000000">
            <w:r>
              <w:rPr>
                <w:sz w:val="16"/>
              </w:rPr>
              <w:t>48 mL</w:t>
            </w:r>
          </w:p>
        </w:tc>
        <w:tc>
          <w:tcPr>
            <w:tcW w:w="1531" w:type="dxa"/>
            <w:shd w:val="clear" w:color="auto" w:fill="F3F8FC"/>
            <w:vAlign w:val="center"/>
          </w:tcPr>
          <w:p w14:paraId="467DCDE9" w14:textId="77777777" w:rsidR="00784A0C" w:rsidRDefault="00000000">
            <w:r>
              <w:rPr>
                <w:sz w:val="16"/>
              </w:rPr>
              <w:t>60 mL</w:t>
            </w:r>
          </w:p>
        </w:tc>
      </w:tr>
    </w:tbl>
    <w:p w14:paraId="3D579F3D" w14:textId="77777777" w:rsidR="00784A0C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8. </w:t>
      </w:r>
      <w:r>
        <w:rPr>
          <w:rFonts w:ascii="Arial" w:eastAsia="Noto Sans CJK SC" w:hAnsi="Arial"/>
          <w:color w:val="1F4E79"/>
          <w:sz w:val="24"/>
        </w:rPr>
        <w:t>结果判读与检测建议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2268"/>
        <w:gridCol w:w="7937"/>
      </w:tblGrid>
      <w:tr w:rsidR="00784A0C" w14:paraId="577F70A7" w14:textId="77777777">
        <w:trPr>
          <w:tblHeader/>
          <w:jc w:val="center"/>
        </w:trPr>
        <w:tc>
          <w:tcPr>
            <w:tcW w:w="2268" w:type="dxa"/>
            <w:shd w:val="clear" w:color="auto" w:fill="1F4E79"/>
            <w:vAlign w:val="center"/>
          </w:tcPr>
          <w:p w14:paraId="6584BC5A" w14:textId="77777777" w:rsidR="00784A0C" w:rsidRDefault="00000000">
            <w:pPr>
              <w:jc w:val="center"/>
            </w:pPr>
            <w:r>
              <w:rPr>
                <w:b/>
                <w:color w:val="FFFFFF"/>
              </w:rPr>
              <w:t>项目</w:t>
            </w:r>
          </w:p>
        </w:tc>
        <w:tc>
          <w:tcPr>
            <w:tcW w:w="7937" w:type="dxa"/>
            <w:shd w:val="clear" w:color="auto" w:fill="1F4E79"/>
            <w:vAlign w:val="center"/>
          </w:tcPr>
          <w:p w14:paraId="303AB6B1" w14:textId="77777777" w:rsidR="00784A0C" w:rsidRDefault="00000000">
            <w:pPr>
              <w:jc w:val="center"/>
            </w:pPr>
            <w:r>
              <w:rPr>
                <w:b/>
                <w:color w:val="FFFFFF"/>
              </w:rPr>
              <w:t>说明</w:t>
            </w:r>
          </w:p>
        </w:tc>
      </w:tr>
      <w:tr w:rsidR="00784A0C" w14:paraId="7C3A6DCD" w14:textId="77777777">
        <w:trPr>
          <w:jc w:val="center"/>
        </w:trPr>
        <w:tc>
          <w:tcPr>
            <w:tcW w:w="2268" w:type="dxa"/>
            <w:vAlign w:val="center"/>
          </w:tcPr>
          <w:p w14:paraId="4F119407" w14:textId="77777777" w:rsidR="00784A0C" w:rsidRDefault="00000000">
            <w:r>
              <w:t>最终收集物</w:t>
            </w:r>
          </w:p>
        </w:tc>
        <w:tc>
          <w:tcPr>
            <w:tcW w:w="7937" w:type="dxa"/>
            <w:vAlign w:val="center"/>
          </w:tcPr>
          <w:p w14:paraId="7068B6D1" w14:textId="77777777" w:rsidR="00784A0C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第二次磁吸后的上清为富集后的人</w:t>
            </w:r>
            <w:r>
              <w:rPr>
                <w:lang w:eastAsia="zh-CN"/>
              </w:rPr>
              <w:t xml:space="preserve"> CD4 T </w:t>
            </w:r>
            <w:r>
              <w:rPr>
                <w:lang w:eastAsia="zh-CN"/>
              </w:rPr>
              <w:t>细胞，主要为</w:t>
            </w:r>
            <w:r>
              <w:rPr>
                <w:lang w:eastAsia="zh-CN"/>
              </w:rPr>
              <w:t xml:space="preserve"> CD3⁺CD4⁺ T </w:t>
            </w:r>
            <w:r>
              <w:rPr>
                <w:lang w:eastAsia="zh-CN"/>
              </w:rPr>
              <w:t>细胞。</w:t>
            </w:r>
          </w:p>
        </w:tc>
      </w:tr>
      <w:tr w:rsidR="00784A0C" w14:paraId="7BE35DD4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689357AB" w14:textId="77777777" w:rsidR="00784A0C" w:rsidRDefault="00000000">
            <w:r>
              <w:t>被去除细胞</w:t>
            </w:r>
          </w:p>
        </w:tc>
        <w:tc>
          <w:tcPr>
            <w:tcW w:w="7937" w:type="dxa"/>
            <w:shd w:val="clear" w:color="auto" w:fill="F3F8FC"/>
            <w:vAlign w:val="center"/>
          </w:tcPr>
          <w:p w14:paraId="7797213F" w14:textId="77777777" w:rsidR="00784A0C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被</w:t>
            </w:r>
            <w:r>
              <w:rPr>
                <w:lang w:eastAsia="zh-CN"/>
              </w:rPr>
              <w:t xml:space="preserve"> Cocktail </w:t>
            </w:r>
            <w:r>
              <w:rPr>
                <w:lang w:eastAsia="zh-CN"/>
              </w:rPr>
              <w:t>抗体标记并与</w:t>
            </w:r>
            <w:r>
              <w:rPr>
                <w:lang w:eastAsia="zh-CN"/>
              </w:rPr>
              <w:t xml:space="preserve"> SA </w:t>
            </w:r>
            <w:r>
              <w:rPr>
                <w:lang w:eastAsia="zh-CN"/>
              </w:rPr>
              <w:t>磁珠结合的非目标细胞。</w:t>
            </w:r>
          </w:p>
        </w:tc>
      </w:tr>
      <w:tr w:rsidR="00784A0C" w14:paraId="517511B3" w14:textId="77777777">
        <w:trPr>
          <w:jc w:val="center"/>
        </w:trPr>
        <w:tc>
          <w:tcPr>
            <w:tcW w:w="2268" w:type="dxa"/>
            <w:vAlign w:val="center"/>
          </w:tcPr>
          <w:p w14:paraId="5C93763D" w14:textId="77777777" w:rsidR="00784A0C" w:rsidRDefault="00000000">
            <w:r>
              <w:t>检测方式</w:t>
            </w:r>
          </w:p>
        </w:tc>
        <w:tc>
          <w:tcPr>
            <w:tcW w:w="7937" w:type="dxa"/>
            <w:vAlign w:val="center"/>
          </w:tcPr>
          <w:p w14:paraId="202BF57A" w14:textId="77777777" w:rsidR="00784A0C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建议用</w:t>
            </w:r>
            <w:r>
              <w:rPr>
                <w:lang w:eastAsia="zh-CN"/>
              </w:rPr>
              <w:t xml:space="preserve"> CD45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>CD3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>CD4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 xml:space="preserve">CD8 </w:t>
            </w:r>
            <w:r>
              <w:rPr>
                <w:lang w:eastAsia="zh-CN"/>
              </w:rPr>
              <w:t>等抗体检测纯度；也可根据实验目的加入</w:t>
            </w:r>
            <w:r>
              <w:rPr>
                <w:lang w:eastAsia="zh-CN"/>
              </w:rPr>
              <w:t xml:space="preserve"> CD14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>CD16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>CD19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>CD56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 xml:space="preserve">CD11b </w:t>
            </w:r>
            <w:r>
              <w:rPr>
                <w:lang w:eastAsia="zh-CN"/>
              </w:rPr>
              <w:t>等排除性标记。</w:t>
            </w:r>
          </w:p>
        </w:tc>
      </w:tr>
      <w:tr w:rsidR="00784A0C" w14:paraId="5744F428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1334EBB4" w14:textId="77777777" w:rsidR="00784A0C" w:rsidRDefault="00000000">
            <w:r>
              <w:t>纯度计算</w:t>
            </w:r>
          </w:p>
        </w:tc>
        <w:tc>
          <w:tcPr>
            <w:tcW w:w="7937" w:type="dxa"/>
            <w:shd w:val="clear" w:color="auto" w:fill="F3F8FC"/>
            <w:vAlign w:val="center"/>
          </w:tcPr>
          <w:p w14:paraId="70430C8A" w14:textId="77777777" w:rsidR="00784A0C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建议在单细胞、活细胞、</w:t>
            </w:r>
            <w:r>
              <w:rPr>
                <w:lang w:eastAsia="zh-CN"/>
              </w:rPr>
              <w:t>CD45⁺</w:t>
            </w:r>
            <w:r>
              <w:rPr>
                <w:lang w:eastAsia="zh-CN"/>
              </w:rPr>
              <w:t>门内统计目标</w:t>
            </w:r>
            <w:r>
              <w:rPr>
                <w:lang w:eastAsia="zh-CN"/>
              </w:rPr>
              <w:t xml:space="preserve"> T </w:t>
            </w:r>
            <w:r>
              <w:rPr>
                <w:lang w:eastAsia="zh-CN"/>
              </w:rPr>
              <w:t>细胞比例。</w:t>
            </w:r>
          </w:p>
        </w:tc>
      </w:tr>
    </w:tbl>
    <w:p w14:paraId="0B577D46" w14:textId="77777777" w:rsidR="00784A0C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9. </w:t>
      </w:r>
      <w:r>
        <w:rPr>
          <w:rFonts w:ascii="Arial" w:eastAsia="Noto Sans CJK SC" w:hAnsi="Arial"/>
          <w:color w:val="1F4E79"/>
          <w:sz w:val="24"/>
        </w:rPr>
        <w:t>注意事项</w:t>
      </w:r>
    </w:p>
    <w:p w14:paraId="366D98A2" w14:textId="77777777" w:rsidR="00784A0C" w:rsidRDefault="00000000">
      <w:pPr>
        <w:spacing w:after="50"/>
        <w:ind w:left="227" w:hanging="113"/>
      </w:pPr>
      <w:r>
        <w:rPr>
          <w:sz w:val="17"/>
        </w:rPr>
        <w:t xml:space="preserve">• 10M </w:t>
      </w:r>
      <w:r>
        <w:rPr>
          <w:sz w:val="17"/>
        </w:rPr>
        <w:t>表示</w:t>
      </w:r>
      <w:r>
        <w:rPr>
          <w:sz w:val="17"/>
        </w:rPr>
        <w:t xml:space="preserve"> 10 million cells</w:t>
      </w:r>
      <w:r>
        <w:rPr>
          <w:sz w:val="17"/>
        </w:rPr>
        <w:t>，即</w:t>
      </w:r>
      <w:r>
        <w:rPr>
          <w:sz w:val="17"/>
        </w:rPr>
        <w:t xml:space="preserve"> 1 × 10⁷ cells</w:t>
      </w:r>
      <w:r>
        <w:rPr>
          <w:sz w:val="17"/>
        </w:rPr>
        <w:t>；本说明书标准反应单位为</w:t>
      </w:r>
      <w:r>
        <w:rPr>
          <w:sz w:val="17"/>
        </w:rPr>
        <w:t xml:space="preserve"> 40 µL </w:t>
      </w:r>
      <w:r>
        <w:rPr>
          <w:sz w:val="17"/>
        </w:rPr>
        <w:t>细胞悬液含</w:t>
      </w:r>
      <w:r>
        <w:rPr>
          <w:sz w:val="17"/>
        </w:rPr>
        <w:t xml:space="preserve"> 1 × 10⁷ cells</w:t>
      </w:r>
      <w:r>
        <w:rPr>
          <w:sz w:val="17"/>
        </w:rPr>
        <w:t>。</w:t>
      </w:r>
    </w:p>
    <w:p w14:paraId="25854D27" w14:textId="77777777" w:rsidR="00784A0C" w:rsidRDefault="00000000">
      <w:pPr>
        <w:spacing w:after="50"/>
        <w:ind w:left="227" w:hanging="113"/>
      </w:pPr>
      <w:r>
        <w:rPr>
          <w:sz w:val="17"/>
        </w:rPr>
        <w:t xml:space="preserve">• Cocktail </w:t>
      </w:r>
      <w:r>
        <w:rPr>
          <w:sz w:val="17"/>
        </w:rPr>
        <w:t>抗体孵育建议在</w:t>
      </w:r>
      <w:r>
        <w:rPr>
          <w:sz w:val="17"/>
        </w:rPr>
        <w:t xml:space="preserve"> 2–8 °C</w:t>
      </w:r>
      <w:r>
        <w:rPr>
          <w:sz w:val="17"/>
        </w:rPr>
        <w:t>进行；</w:t>
      </w:r>
      <w:r>
        <w:rPr>
          <w:sz w:val="17"/>
        </w:rPr>
        <w:t xml:space="preserve">SA </w:t>
      </w:r>
      <w:r>
        <w:rPr>
          <w:sz w:val="17"/>
        </w:rPr>
        <w:t>磁珠孵育按本说明书在室温进行。</w:t>
      </w:r>
    </w:p>
    <w:p w14:paraId="05EDA3E5" w14:textId="77777777" w:rsidR="00784A0C" w:rsidRDefault="00000000">
      <w:pPr>
        <w:spacing w:after="50"/>
        <w:ind w:left="227" w:hanging="113"/>
        <w:rPr>
          <w:lang w:eastAsia="zh-CN"/>
        </w:rPr>
      </w:pPr>
      <w:r>
        <w:rPr>
          <w:sz w:val="17"/>
          <w:lang w:eastAsia="zh-CN"/>
        </w:rPr>
        <w:t xml:space="preserve">• </w:t>
      </w:r>
      <w:r>
        <w:rPr>
          <w:sz w:val="17"/>
          <w:lang w:eastAsia="zh-CN"/>
        </w:rPr>
        <w:t>加入</w:t>
      </w:r>
      <w:r>
        <w:rPr>
          <w:sz w:val="17"/>
          <w:lang w:eastAsia="zh-CN"/>
        </w:rPr>
        <w:t xml:space="preserve"> SA </w:t>
      </w:r>
      <w:r>
        <w:rPr>
          <w:sz w:val="17"/>
          <w:lang w:eastAsia="zh-CN"/>
        </w:rPr>
        <w:t>磁珠前应充分重悬磁珠；加样后轻柔混匀，避免局部磁珠浓度过高。</w:t>
      </w:r>
    </w:p>
    <w:p w14:paraId="08B529B0" w14:textId="77777777" w:rsidR="00784A0C" w:rsidRDefault="00000000">
      <w:pPr>
        <w:spacing w:after="50"/>
        <w:ind w:left="227" w:hanging="113"/>
      </w:pPr>
      <w:r>
        <w:rPr>
          <w:sz w:val="17"/>
        </w:rPr>
        <w:t xml:space="preserve">• </w:t>
      </w:r>
      <w:r>
        <w:rPr>
          <w:sz w:val="17"/>
        </w:rPr>
        <w:t>加入</w:t>
      </w:r>
      <w:r>
        <w:rPr>
          <w:sz w:val="17"/>
        </w:rPr>
        <w:t xml:space="preserve"> 60 µL Buffer I </w:t>
      </w:r>
      <w:r>
        <w:rPr>
          <w:sz w:val="17"/>
        </w:rPr>
        <w:t>和</w:t>
      </w:r>
      <w:r>
        <w:rPr>
          <w:sz w:val="17"/>
        </w:rPr>
        <w:t xml:space="preserve"> 480 µL Buffer II </w:t>
      </w:r>
      <w:r>
        <w:rPr>
          <w:sz w:val="17"/>
        </w:rPr>
        <w:t>后均需轻柔混匀；若细胞数增加，两次</w:t>
      </w:r>
      <w:r>
        <w:rPr>
          <w:sz w:val="17"/>
        </w:rPr>
        <w:t xml:space="preserve"> Buffer </w:t>
      </w:r>
      <w:r>
        <w:rPr>
          <w:sz w:val="17"/>
        </w:rPr>
        <w:t>体积必须同步增加。</w:t>
      </w:r>
    </w:p>
    <w:p w14:paraId="290CFFD5" w14:textId="77777777" w:rsidR="00784A0C" w:rsidRDefault="00000000">
      <w:pPr>
        <w:spacing w:after="50"/>
        <w:ind w:left="227" w:hanging="113"/>
        <w:rPr>
          <w:lang w:eastAsia="zh-CN"/>
        </w:rPr>
      </w:pPr>
      <w:r>
        <w:rPr>
          <w:sz w:val="17"/>
        </w:rPr>
        <w:t xml:space="preserve">• </w:t>
      </w:r>
      <w:r>
        <w:rPr>
          <w:sz w:val="17"/>
        </w:rPr>
        <w:t>第一次磁吸后转移上清时，枪头不要接触磁珠沉积区。</w:t>
      </w:r>
      <w:r>
        <w:rPr>
          <w:sz w:val="17"/>
          <w:lang w:eastAsia="zh-CN"/>
        </w:rPr>
        <w:t>第二次磁吸可进一步降低游离磁珠和残留被标记细胞。</w:t>
      </w:r>
    </w:p>
    <w:p w14:paraId="72BF5F60" w14:textId="77777777" w:rsidR="00784A0C" w:rsidRDefault="00000000">
      <w:pPr>
        <w:spacing w:after="50"/>
        <w:ind w:left="227" w:hanging="113"/>
        <w:rPr>
          <w:lang w:eastAsia="zh-CN"/>
        </w:rPr>
      </w:pPr>
      <w:r>
        <w:rPr>
          <w:sz w:val="17"/>
          <w:lang w:eastAsia="zh-CN"/>
        </w:rPr>
        <w:t xml:space="preserve">• </w:t>
      </w:r>
      <w:r>
        <w:rPr>
          <w:sz w:val="17"/>
          <w:lang w:eastAsia="zh-CN"/>
        </w:rPr>
        <w:t>若处理细胞数较大，建议分管操作，避免管内液面过高或磁吸距离过大导致去除不充分。</w:t>
      </w:r>
    </w:p>
    <w:p w14:paraId="32BACD47" w14:textId="77777777" w:rsidR="00784A0C" w:rsidRDefault="00000000">
      <w:pPr>
        <w:spacing w:after="50"/>
        <w:ind w:left="227" w:hanging="113"/>
        <w:rPr>
          <w:lang w:eastAsia="zh-CN"/>
        </w:rPr>
      </w:pPr>
      <w:r>
        <w:rPr>
          <w:sz w:val="17"/>
          <w:lang w:eastAsia="zh-CN"/>
        </w:rPr>
        <w:t xml:space="preserve">• </w:t>
      </w:r>
      <w:r>
        <w:rPr>
          <w:sz w:val="17"/>
          <w:lang w:eastAsia="zh-CN"/>
        </w:rPr>
        <w:t>细胞团块、死细胞、红细胞、血小板残留或样本黏稠会影响阴选纯度和回收率，建议分选前充分过滤并准确计数。</w:t>
      </w:r>
    </w:p>
    <w:p w14:paraId="4361E9BF" w14:textId="77777777" w:rsidR="00784A0C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10. </w:t>
      </w:r>
      <w:r>
        <w:rPr>
          <w:rFonts w:ascii="Arial" w:eastAsia="Noto Sans CJK SC" w:hAnsi="Arial"/>
          <w:color w:val="1F4E79"/>
          <w:sz w:val="24"/>
        </w:rPr>
        <w:t>常见问题排查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1984"/>
        <w:gridCol w:w="3402"/>
        <w:gridCol w:w="4819"/>
      </w:tblGrid>
      <w:tr w:rsidR="00784A0C" w14:paraId="6EB9237C" w14:textId="77777777">
        <w:trPr>
          <w:tblHeader/>
          <w:jc w:val="center"/>
        </w:trPr>
        <w:tc>
          <w:tcPr>
            <w:tcW w:w="1984" w:type="dxa"/>
            <w:shd w:val="clear" w:color="auto" w:fill="1F4E79"/>
            <w:vAlign w:val="center"/>
          </w:tcPr>
          <w:p w14:paraId="1E510CC5" w14:textId="77777777" w:rsidR="00784A0C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问题</w:t>
            </w:r>
          </w:p>
        </w:tc>
        <w:tc>
          <w:tcPr>
            <w:tcW w:w="3402" w:type="dxa"/>
            <w:shd w:val="clear" w:color="auto" w:fill="1F4E79"/>
            <w:vAlign w:val="center"/>
          </w:tcPr>
          <w:p w14:paraId="2663A6E1" w14:textId="77777777" w:rsidR="00784A0C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可能原因</w:t>
            </w:r>
          </w:p>
        </w:tc>
        <w:tc>
          <w:tcPr>
            <w:tcW w:w="4819" w:type="dxa"/>
            <w:shd w:val="clear" w:color="auto" w:fill="1F4E79"/>
            <w:vAlign w:val="center"/>
          </w:tcPr>
          <w:p w14:paraId="5805B9E3" w14:textId="77777777" w:rsidR="00784A0C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建议处理</w:t>
            </w:r>
          </w:p>
        </w:tc>
      </w:tr>
      <w:tr w:rsidR="00784A0C" w14:paraId="5133FEDC" w14:textId="77777777">
        <w:trPr>
          <w:jc w:val="center"/>
        </w:trPr>
        <w:tc>
          <w:tcPr>
            <w:tcW w:w="1984" w:type="dxa"/>
            <w:vAlign w:val="center"/>
          </w:tcPr>
          <w:p w14:paraId="4F934D13" w14:textId="77777777" w:rsidR="00784A0C" w:rsidRDefault="00000000">
            <w:r>
              <w:rPr>
                <w:sz w:val="17"/>
              </w:rPr>
              <w:t>纯度偏低</w:t>
            </w:r>
          </w:p>
        </w:tc>
        <w:tc>
          <w:tcPr>
            <w:tcW w:w="3402" w:type="dxa"/>
            <w:vAlign w:val="center"/>
          </w:tcPr>
          <w:p w14:paraId="6100A3A6" w14:textId="77777777" w:rsidR="00784A0C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非目标细胞标记不足、磁珠未充分重悬、磁吸时间不足或样本含团块。</w:t>
            </w:r>
          </w:p>
        </w:tc>
        <w:tc>
          <w:tcPr>
            <w:tcW w:w="4819" w:type="dxa"/>
            <w:vAlign w:val="center"/>
          </w:tcPr>
          <w:p w14:paraId="7092F7A9" w14:textId="77777777" w:rsidR="00784A0C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确认</w:t>
            </w:r>
            <w:r>
              <w:rPr>
                <w:sz w:val="17"/>
                <w:lang w:eastAsia="zh-CN"/>
              </w:rPr>
              <w:t xml:space="preserve"> Cocktail</w:t>
            </w:r>
            <w:r>
              <w:rPr>
                <w:sz w:val="17"/>
                <w:lang w:eastAsia="zh-CN"/>
              </w:rPr>
              <w:t>、</w:t>
            </w:r>
            <w:r>
              <w:rPr>
                <w:sz w:val="17"/>
                <w:lang w:eastAsia="zh-CN"/>
              </w:rPr>
              <w:t xml:space="preserve">SA </w:t>
            </w:r>
            <w:r>
              <w:rPr>
                <w:sz w:val="17"/>
                <w:lang w:eastAsia="zh-CN"/>
              </w:rPr>
              <w:t>磁珠和两次</w:t>
            </w:r>
            <w:r>
              <w:rPr>
                <w:sz w:val="17"/>
                <w:lang w:eastAsia="zh-CN"/>
              </w:rPr>
              <w:t xml:space="preserve"> Buffer </w:t>
            </w:r>
            <w:r>
              <w:rPr>
                <w:sz w:val="17"/>
                <w:lang w:eastAsia="zh-CN"/>
              </w:rPr>
              <w:t>已按细胞数等比例增加；充分混匀磁珠；过滤细胞悬液；必要时分管操作。</w:t>
            </w:r>
          </w:p>
        </w:tc>
      </w:tr>
      <w:tr w:rsidR="00784A0C" w14:paraId="68AF6D65" w14:textId="77777777">
        <w:trPr>
          <w:jc w:val="center"/>
        </w:trPr>
        <w:tc>
          <w:tcPr>
            <w:tcW w:w="1984" w:type="dxa"/>
            <w:shd w:val="clear" w:color="auto" w:fill="F3F8FC"/>
            <w:vAlign w:val="center"/>
          </w:tcPr>
          <w:p w14:paraId="52C5307D" w14:textId="77777777" w:rsidR="00784A0C" w:rsidRDefault="00000000">
            <w:r>
              <w:rPr>
                <w:sz w:val="17"/>
              </w:rPr>
              <w:t>回收率偏低</w:t>
            </w:r>
          </w:p>
        </w:tc>
        <w:tc>
          <w:tcPr>
            <w:tcW w:w="3402" w:type="dxa"/>
            <w:shd w:val="clear" w:color="auto" w:fill="F3F8FC"/>
            <w:vAlign w:val="center"/>
          </w:tcPr>
          <w:p w14:paraId="71E1FAD5" w14:textId="77777777" w:rsidR="00784A0C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细胞团聚、过度吹打、磁吸时扰动目标细胞或吸走沉积区细胞。</w:t>
            </w:r>
          </w:p>
        </w:tc>
        <w:tc>
          <w:tcPr>
            <w:tcW w:w="4819" w:type="dxa"/>
            <w:shd w:val="clear" w:color="auto" w:fill="F3F8FC"/>
            <w:vAlign w:val="center"/>
          </w:tcPr>
          <w:p w14:paraId="0560ABE7" w14:textId="77777777" w:rsidR="00784A0C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降低机械损伤；轻柔移液；转移上清时避开磁珠沉积区；保证</w:t>
            </w:r>
            <w:r>
              <w:rPr>
                <w:sz w:val="17"/>
                <w:lang w:eastAsia="zh-CN"/>
              </w:rPr>
              <w:t xml:space="preserve"> Buffer </w:t>
            </w:r>
            <w:r>
              <w:rPr>
                <w:sz w:val="17"/>
                <w:lang w:eastAsia="zh-CN"/>
              </w:rPr>
              <w:t>中含蛋白保护组分。</w:t>
            </w:r>
          </w:p>
        </w:tc>
      </w:tr>
      <w:tr w:rsidR="00784A0C" w14:paraId="5BC60D65" w14:textId="77777777">
        <w:trPr>
          <w:jc w:val="center"/>
        </w:trPr>
        <w:tc>
          <w:tcPr>
            <w:tcW w:w="1984" w:type="dxa"/>
            <w:vAlign w:val="center"/>
          </w:tcPr>
          <w:p w14:paraId="2D04A98A" w14:textId="77777777" w:rsidR="00784A0C" w:rsidRDefault="00000000">
            <w:r>
              <w:rPr>
                <w:sz w:val="17"/>
              </w:rPr>
              <w:t>上清残留磁珠</w:t>
            </w:r>
          </w:p>
        </w:tc>
        <w:tc>
          <w:tcPr>
            <w:tcW w:w="3402" w:type="dxa"/>
            <w:vAlign w:val="center"/>
          </w:tcPr>
          <w:p w14:paraId="26E8D18D" w14:textId="77777777" w:rsidR="00784A0C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第一次磁吸后转移时带入磁珠。</w:t>
            </w:r>
          </w:p>
        </w:tc>
        <w:tc>
          <w:tcPr>
            <w:tcW w:w="4819" w:type="dxa"/>
            <w:vAlign w:val="center"/>
          </w:tcPr>
          <w:p w14:paraId="4CBBCD76" w14:textId="77777777" w:rsidR="00784A0C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严格执行第二次</w:t>
            </w:r>
            <w:r>
              <w:rPr>
                <w:sz w:val="17"/>
                <w:lang w:eastAsia="zh-CN"/>
              </w:rPr>
              <w:t xml:space="preserve"> 2 min </w:t>
            </w:r>
            <w:r>
              <w:rPr>
                <w:sz w:val="17"/>
                <w:lang w:eastAsia="zh-CN"/>
              </w:rPr>
              <w:t>磁吸；取上清时保留少量液体不吸尽。</w:t>
            </w:r>
          </w:p>
        </w:tc>
      </w:tr>
      <w:tr w:rsidR="00784A0C" w14:paraId="4ACEC408" w14:textId="77777777">
        <w:trPr>
          <w:jc w:val="center"/>
        </w:trPr>
        <w:tc>
          <w:tcPr>
            <w:tcW w:w="1984" w:type="dxa"/>
            <w:shd w:val="clear" w:color="auto" w:fill="F3F8FC"/>
            <w:vAlign w:val="center"/>
          </w:tcPr>
          <w:p w14:paraId="57FCBA40" w14:textId="77777777" w:rsidR="00784A0C" w:rsidRDefault="00000000">
            <w:r>
              <w:rPr>
                <w:sz w:val="17"/>
              </w:rPr>
              <w:t>不同批次结果波动</w:t>
            </w:r>
          </w:p>
        </w:tc>
        <w:tc>
          <w:tcPr>
            <w:tcW w:w="3402" w:type="dxa"/>
            <w:shd w:val="clear" w:color="auto" w:fill="F3F8FC"/>
            <w:vAlign w:val="center"/>
          </w:tcPr>
          <w:p w14:paraId="15820BEF" w14:textId="77777777" w:rsidR="00784A0C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样本来源、血小板</w:t>
            </w:r>
            <w:r>
              <w:rPr>
                <w:sz w:val="17"/>
                <w:lang w:eastAsia="zh-CN"/>
              </w:rPr>
              <w:t>/</w:t>
            </w:r>
            <w:r>
              <w:rPr>
                <w:sz w:val="17"/>
                <w:lang w:eastAsia="zh-CN"/>
              </w:rPr>
              <w:t>红细胞残留、死细胞比例或计数误差差异。</w:t>
            </w:r>
          </w:p>
        </w:tc>
        <w:tc>
          <w:tcPr>
            <w:tcW w:w="4819" w:type="dxa"/>
            <w:shd w:val="clear" w:color="auto" w:fill="F3F8FC"/>
            <w:vAlign w:val="center"/>
          </w:tcPr>
          <w:p w14:paraId="39108BC5" w14:textId="77777777" w:rsidR="00784A0C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统一样本处理流程；记录起始细胞数、活率、细胞浓度和实际加样体积。</w:t>
            </w:r>
          </w:p>
        </w:tc>
      </w:tr>
    </w:tbl>
    <w:p w14:paraId="79433AF9" w14:textId="77777777" w:rsidR="00F37D17" w:rsidRDefault="00F37D17">
      <w:pPr>
        <w:rPr>
          <w:lang w:eastAsia="zh-CN"/>
        </w:rPr>
      </w:pPr>
    </w:p>
    <w:sectPr w:rsidR="00F37D17" w:rsidSect="00034616">
      <w:footerReference w:type="default" r:id="rId8"/>
      <w:pgSz w:w="11906" w:h="16838"/>
      <w:pgMar w:top="765" w:right="765" w:bottom="765" w:left="76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3AB17" w14:textId="77777777" w:rsidR="00F37D17" w:rsidRDefault="00F37D17">
      <w:pPr>
        <w:spacing w:after="0" w:line="240" w:lineRule="auto"/>
      </w:pPr>
      <w:r>
        <w:separator/>
      </w:r>
    </w:p>
  </w:endnote>
  <w:endnote w:type="continuationSeparator" w:id="0">
    <w:p w14:paraId="2A86880A" w14:textId="77777777" w:rsidR="00F37D17" w:rsidRDefault="00F37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3220" w14:textId="77777777" w:rsidR="00784A0C" w:rsidRDefault="00000000">
    <w:pPr>
      <w:pStyle w:val="a7"/>
      <w:jc w:val="center"/>
    </w:pPr>
    <w:r>
      <w:rPr>
        <w:color w:val="666666"/>
        <w:sz w:val="16"/>
      </w:rPr>
      <w:t>弘溪联</w:t>
    </w:r>
    <w:r>
      <w:rPr>
        <w:color w:val="666666"/>
        <w:sz w:val="16"/>
      </w:rPr>
      <w:t xml:space="preserve"> RedConju | </w:t>
    </w:r>
    <w:r>
      <w:rPr>
        <w:color w:val="666666"/>
        <w:sz w:val="16"/>
      </w:rPr>
      <w:t>仅供科研使用（</w:t>
    </w:r>
    <w:r>
      <w:rPr>
        <w:color w:val="666666"/>
        <w:sz w:val="16"/>
      </w:rPr>
      <w:t>RUO</w:t>
    </w:r>
    <w:r>
      <w:rPr>
        <w:color w:val="666666"/>
        <w:sz w:val="16"/>
      </w:rPr>
      <w:t>）</w:t>
    </w:r>
    <w:r>
      <w:rPr>
        <w:color w:val="666666"/>
        <w:sz w:val="16"/>
      </w:rPr>
      <w:t xml:space="preserve"> | </w:t>
    </w:r>
    <w:r>
      <w:rPr>
        <w:color w:val="666666"/>
        <w:sz w:val="16"/>
      </w:rPr>
      <w:t>版本：</w:t>
    </w:r>
    <w:r>
      <w:rPr>
        <w:color w:val="666666"/>
        <w:sz w:val="16"/>
      </w:rPr>
      <w:t>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DF78D" w14:textId="77777777" w:rsidR="00F37D17" w:rsidRDefault="00F37D17">
      <w:pPr>
        <w:spacing w:after="0" w:line="240" w:lineRule="auto"/>
      </w:pPr>
      <w:r>
        <w:separator/>
      </w:r>
    </w:p>
  </w:footnote>
  <w:footnote w:type="continuationSeparator" w:id="0">
    <w:p w14:paraId="0E666925" w14:textId="77777777" w:rsidR="00F37D17" w:rsidRDefault="00F37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5546809">
    <w:abstractNumId w:val="8"/>
  </w:num>
  <w:num w:numId="2" w16cid:durableId="1366951378">
    <w:abstractNumId w:val="6"/>
  </w:num>
  <w:num w:numId="3" w16cid:durableId="896161970">
    <w:abstractNumId w:val="5"/>
  </w:num>
  <w:num w:numId="4" w16cid:durableId="910770559">
    <w:abstractNumId w:val="4"/>
  </w:num>
  <w:num w:numId="5" w16cid:durableId="352809226">
    <w:abstractNumId w:val="7"/>
  </w:num>
  <w:num w:numId="6" w16cid:durableId="701366841">
    <w:abstractNumId w:val="3"/>
  </w:num>
  <w:num w:numId="7" w16cid:durableId="185799239">
    <w:abstractNumId w:val="2"/>
  </w:num>
  <w:num w:numId="8" w16cid:durableId="1324697941">
    <w:abstractNumId w:val="1"/>
  </w:num>
  <w:num w:numId="9" w16cid:durableId="2080394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7F7E"/>
    <w:rsid w:val="00034616"/>
    <w:rsid w:val="0006063C"/>
    <w:rsid w:val="000944BC"/>
    <w:rsid w:val="0015074B"/>
    <w:rsid w:val="0029639D"/>
    <w:rsid w:val="002A1D6F"/>
    <w:rsid w:val="00326F90"/>
    <w:rsid w:val="00403895"/>
    <w:rsid w:val="00784A0C"/>
    <w:rsid w:val="00AA1D8D"/>
    <w:rsid w:val="00AB2C74"/>
    <w:rsid w:val="00B47730"/>
    <w:rsid w:val="00B95F36"/>
    <w:rsid w:val="00CB0664"/>
    <w:rsid w:val="00F37D1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7EAB02"/>
  <w14:defaultImageDpi w14:val="300"/>
  <w15:docId w15:val="{3280485F-2BB1-4B63-AABE-F7772482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Noto Sans CJK SC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徐 长刚</cp:lastModifiedBy>
  <cp:revision>8</cp:revision>
  <dcterms:created xsi:type="dcterms:W3CDTF">2013-12-23T23:15:00Z</dcterms:created>
  <dcterms:modified xsi:type="dcterms:W3CDTF">2026-06-06T00:37:00Z</dcterms:modified>
  <cp:category/>
</cp:coreProperties>
</file>